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일본 DAO 커뮤니티에 참여하는 방법 (Discord 서버에 참여하는 방법)</w:t>
      </w:r>
    </w:p>
    <w:p>
      <w:r>
        <w:t>이 Smapke 잡지에서는 Japan Dao 커뮤니티에 참여하는 방법을 소개합니다!</w:t>
      </w:r>
    </w:p>
    <w:p>
      <w:r>
        <w:t>우리는 사용자와 통신하기 위해 "Discord"라는 커뮤니케이션 도구를 사용합니다.</w:t>
      </w:r>
    </w:p>
    <w:p>
      <w:r>
        <w:t>이제 커뮤니티에 참여하는 방법에 대한 절차를 설명하겠습니다.</w:t>
      </w:r>
    </w:p>
    <w:p>
      <w:r>
        <w:t>지역 사회에 참여하는 방법</w:t>
      </w:r>
    </w:p>
    <w:p>
      <w:r>
        <w:t>■ 불일치 참여 방법</w:t>
      </w:r>
    </w:p>
    <w:p>
      <w:r>
        <w:t>불화에 참여하는 방법에는 두 가지 패턴이 있습니다.</w:t>
      </w:r>
    </w:p>
    <w:p>
      <w:r>
        <w:t>패턴 1 : 초대장 링크를 붙여 넣고 참여하십시오</w:t>
      </w:r>
    </w:p>
    <w:p>
      <w:r>
        <w:t>패턴 2 : 공식 계정에서 참여하십시오</w:t>
      </w:r>
    </w:p>
    <w:p>
      <w:r>
        <w:t>패턴 1 : Discord 참여 절차 (초대 링크 페이스트)</w:t>
      </w:r>
    </w:p>
    <w:p>
      <w:r>
        <w:t>1. Discord 앱을 엽니 다</w:t>
      </w:r>
    </w:p>
    <w:p>
      <w:r>
        <w:t>2. 화면 왼쪽 상단에 " +"버튼이있는 서버를 작성하십시오.</w:t>
      </w:r>
    </w:p>
    <w:p>
      <w:r>
        <w:t>3. 화면 하단의 "서버 참여"를 누릅니다.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커뮤니티 서버의 URL을 초대장 링크에 붙여 넣습니다.</w:t>
      </w:r>
    </w:p>
    <w:p>
      <w:r>
        <w:t>일본 DAO 서버의 URL을 복사하여 붙여 넣으십시오.</w:t>
      </w:r>
    </w:p>
    <w:p>
      <w:r>
        <w:t>https://discord.com/invite/japandao</w:t>
      </w:r>
    </w:p>
    <w:p>
      <w:r>
        <w:t>5. "초대"를 누릅니다.</w:t>
      </w:r>
    </w:p>
    <w:p>
      <w:r>
        <w:t>6. 서버에 등록을 완료하십시오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패턴 2 : Discord 참여 절차 (X 공식 계정에서)</w:t>
      </w:r>
    </w:p>
    <w:p>
      <w:r>
        <w:t>일본 DAO 공식 계정 : https : //twitter.com/japannftmuseum</w:t>
      </w:r>
    </w:p>
    <w:p>
      <w:r>
        <w:t>1. X 공식 계정의 Discord 링크를 누릅니다.</w:t>
      </w:r>
    </w:p>
    <w:p>
      <w:r>
        <w:t>2. "초대"를 누릅니다.</w:t>
      </w:r>
    </w:p>
    <w:p>
      <w:r>
        <w:t>3. 서버에 등록을 완료하십시오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초기 설정 정보 (인증, 롤 설정)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 " # 🔰 | 확인"을 누릅니다.</w:t>
      </w:r>
    </w:p>
    <w:p>
      <w:r>
        <w:t>2. 화면 하단으로 스크롤하십시오</w:t>
      </w:r>
    </w:p>
    <w:p>
      <w:r>
        <w:t>3. 서버 규칙을 확인하십시오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규칙을 읽고, 이에 동의하는 것을 확인하고, 완료하십시오.</w:t>
      </w:r>
    </w:p>
    <w:p>
      <w:r>
        <w:t>5. " # 🔰 | set-lole"을 누릅니다.</w:t>
      </w:r>
    </w:p>
    <w:p>
      <w:r>
        <w:t>6. "em"이모티콘을 클릭하십시오 (일본 Dao Friends Roll)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메시지를 보내십시오</w:t>
      </w:r>
    </w:p>
    <w:p>
      <w:r>
        <w:t>1. 언어 채널을 탭하십시오</w:t>
      </w:r>
    </w:p>
    <w:p>
      <w:r>
        <w:t>2. 이모티콘 아이콘을 누릅니다</w:t>
      </w:r>
    </w:p>
    <w:p>
      <w:r>
        <w:t>3. 스탬프를 누릅니다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요약</w:t>
      </w:r>
    </w:p>
    <w:p>
      <w:r>
        <w:t>커뮤니티에 가입 했습니까?각 언어 채널에 스탬프 나 질문이 있으시면 언제든지 자유롭게하십시오.회원들이 응답 할 것이므로 점점 더 우리와 함께하십시오!!</w:t>
      </w:r>
    </w:p>
    <w:p>
      <w:r>
        <w:t>일본 DAO는 가능한 빨리 사용자에게 새로운 정보를 계속 제공 할 것입니다.</w:t>
      </w:r>
    </w:p>
    <w:p>
      <w:r>
        <w:t>일본 DAO에 관심이 있다면 "Japan Dao Magazine"의 공식 X 계정을 따르십시오.</w:t>
      </w:r>
    </w:p>
    <w:p>
      <w:r>
        <w:t>공식 X 계정 : https : //twitter.com/japannftmuseum</w:t>
      </w:r>
    </w:p>
    <w:p>
      <w:r>
        <w:t>공식 불화 : https://discord.com/invite/japandao</w:t>
      </w:r>
    </w:p>
    <w:p>
      <w:r>
        <w:t>감독 댓글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일본 DAO는 NFT로 일본을 부활시키는 웅장한 임무를 가지고 있습니다!</w:t>
      </w:r>
    </w:p>
    <w:p>
      <w:r>
        <w:t>도쿄 올림픽에서 일본이 자랑스러워하는 만화와 애니메이션 문화는 NFT와 호환되며, 사랑하는 제작자와 프로젝트의 NFT를 개최하는 것이 좋습니다.</w:t>
      </w:r>
    </w:p>
    <w:p>
      <w:r>
        <w:t>그리고 DAO를 사용하면 시너지 효과는 스프레드와 열의 양과 세계적으로 흥분을 갖습니다!</w:t>
      </w:r>
    </w:p>
    <w:p>
      <w:r>
        <w:t>반드시 일본 Dao와의 일본의 부활을 깨달아 봅시다!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