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Amato는 무엇입니까?Vol.2 "Amato의 현재와 미래"</w:t>
      </w:r>
    </w:p>
    <w:p>
      <w:r>
        <w:t>안녕하세요 일본 Dao 가족 da</w:t>
      </w:r>
    </w:p>
    <w:p>
      <w:r>
        <w:t>이 기사에서 Amato NFT의 탄생 후, 주요 프로젝트로 진화 한 "Amato"의 현재 위치는 "Manga", "Music", "Games"및 "Anime"과 같은 다양한 내용으로 발전했습니다. 그리고 더 강화 IP. 나는 또한 내가 진행 한 "Amato"의 미래를 읽을 것입니다.</w:t>
      </w:r>
    </w:p>
    <w:p>
      <w:r>
        <w:t>끝까지 살펴보세요!</w:t>
      </w:r>
    </w:p>
    <w:p>
      <w:r>
        <w:t>* "Amato는 무엇입니까?Vol.1 Amato의 탄생을 읽지 않았다면 아래 링크에서 볼 수 있다면 감사하겠습니다.</w:t>
      </w:r>
    </w:p>
    <w:p>
      <w:r>
        <w:t>일본 다오 잡지 링크</w:t>
      </w:r>
    </w:p>
    <w:p>
      <w:r>
        <w:t>"Amato는 무엇입니까?vol.1 Amato의 탄생 "</w:t>
      </w:r>
    </w:p>
    <w:p>
      <w:r>
        <w:t>공식 사이트</w:t>
      </w:r>
    </w:p>
    <w:p>
      <w:r>
        <w:t>https://amato-official.com/</w:t>
      </w:r>
    </w:p>
    <w:p>
      <w:r>
        <w:t>개방 된 바다</w:t>
      </w:r>
    </w:p>
    <w:p>
      <w:r>
        <w:t>https://opensea.io/collection/amato-official</w:t>
      </w:r>
    </w:p>
    <w:p>
      <w:r>
        <w:t>X (트위터)</w:t>
      </w:r>
    </w:p>
    <w:p>
      <w:r>
        <w:t>https://twitter.com/amatonft</w:t>
      </w:r>
    </w:p>
    <w:p>
      <w:r>
        <w:t>만화 (만화)</w:t>
      </w:r>
    </w:p>
    <w:p>
      <w:r>
        <w:t>편집 부서의 감각을 가진 4 개의 프레임 만화 "Amakomi"가 Shines</w:t>
      </w:r>
    </w:p>
    <w:p>
      <w:r>
        <w:drawing>
          <wp:inline xmlns:a="http://schemas.openxmlformats.org/drawingml/2006/main" xmlns:pic="http://schemas.openxmlformats.org/drawingml/2006/picture">
            <wp:extent cx="3657600" cy="478094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7809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Amato 프로젝트의 가장 중요한 내용 중 하나는 만화 "Amakomi"입니다.</w:t>
      </w:r>
    </w:p>
    <w:p>
      <w:r>
        <w:t>2022 년 10 월 X (Twitter)를 시작한 4 개의 프레임 만화 시리즈는 2024 년 4 월과 24 번째 에피소드까지 연재되었습니다.</w:t>
      </w:r>
    </w:p>
    <w:p>
      <w:r>
        <w:t>숙련 된 공식 제작자들은 주로 일본 NFT 박물관 편집 부서의 편집장 (@taki_sae)에 의해 모든 강점을 제작하고 있습니다.</w:t>
      </w:r>
    </w:p>
    <w:p>
      <w:r>
        <w:t>콘텐츠는 커뮤니티 참여 유형에서 만들어진 "Amato Story"이야기의 배경에서 편집되며 이야기의 요점과 함께 코믹하고 재미있는 작품입니다.</w:t>
      </w:r>
    </w:p>
    <w:p>
      <w:r>
        <w:t>다른 캐릭터 브랜드 만화 (화요일 업데이트)로 한 달에 한두 번 번갈아 업데이트됩니다.</w:t>
      </w:r>
    </w:p>
    <w:p>
      <w:r>
        <w:t>아래 링크에서 모든 이야기를 함께 읽을 수 있으므로 참조하십시오.</w:t>
      </w:r>
    </w:p>
    <w:p>
      <w:r>
        <w:t>https://twitter.com/amatonft/status/1584864119383281665?ref_src=twsrc%5Etfw%7Ctwcamp%5Etweetembed%7Ctwterm%5E1584864119383281665%7Ctwgr%5Ec3f5998cec022928a3538af58bcae928245143c9%7Ctwcon%5Es1_&amp;ref_url=https%3A%2F%2Fnote.com%2Fpreview%2Fnae2486489acd%3Fprev_access_key%3D88099127a8c630e0627bfeada77f60f9</w:t>
      </w:r>
    </w:p>
    <w:p>
      <w:r>
        <w:t>아마 코미</w:t>
      </w:r>
    </w:p>
    <w:p>
      <w:r>
        <w:t>https://amato-official.com/manga</w:t>
      </w:r>
    </w:p>
    <w:p>
      <w:r>
        <w:t>음악 (음악)</w:t>
      </w:r>
    </w:p>
    <w:p>
      <w:r>
        <w:t>Amato 테마 곡이 탄생합니다!!이름은 "amato"입니다.</w:t>
      </w:r>
    </w:p>
    <w:p>
      <w:r>
        <w:drawing>
          <wp:inline xmlns:a="http://schemas.openxmlformats.org/drawingml/2006/main" xmlns:pic="http://schemas.openxmlformats.org/drawingml/2006/picture">
            <wp:extent cx="3657600" cy="363366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36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노마 쿤 (@nomakungo)</w:t>
      </w:r>
    </w:p>
    <w:p>
      <w:r>
        <w:t>Amato의 테마 곡 "Amato"는 Amato (NFT)가 출시되기 전에 발표되었으며 오늘날까지 Amato를 활기차게 만들었습니다.</w:t>
      </w:r>
    </w:p>
    <w:p>
      <w:r>
        <w:t>노래의 제작 및 노래는 NFT 박물관 공식 NFT 박물관 인 Nomakun (아티스트 이름 : Sho -Go)을 담당합니다.그는 오리지널 NFT 컬렉션의 제작 및 운영 외에도 게임 개발, 음악 제작 및 가수를 연구 해 온 초능 제작자입니다.</w:t>
      </w:r>
    </w:p>
    <w:p>
      <w:r>
        <w:t>주제가 "Amato"는 Apple Music을 포함한 다양한 음악 플랫폼에 배포되었으며 높은 찬사와 관심을 끌었습니다.일본의 맛의 좋은 조율에서, 스프린팅과 힘의 느낌이 느껴지고 매우 멋진 노래입니다.Nomakun이 회전 한 많은 아름다운 일본 표현에서, 당신은 도전적인 사무라이를 강력하게 상상할 수 있으며, 당신은 Amato의 세계관을 완전히 느낄 수 있습니다.</w:t>
      </w:r>
    </w:p>
    <w:p>
      <w:r>
        <w:t>아래 링크에서 Apple Music에서 "Amato"를들을 수 있습니다.</w:t>
      </w:r>
    </w:p>
    <w:p>
      <w:r>
        <w:t>https://twitter.com/amatonft/status/1542814937944170497?ref_src=twsrc%5Etfw%7Ctwcamp%5Etweetembed%7Ctwterm%5E1542814937944170497%7Ctwgr%5Ec3f5998cec022928a3538af58bcae928245143c9%7Ctwcon%5Es1_&amp;ref_url=https%3A%2F%2Fnote.com%2Fpreview%2Fnae2486489acd%3Fprev_access_key%3D88099127a8c630e0627bfeada77f60f9</w:t>
      </w:r>
    </w:p>
    <w:p>
      <w:r>
        <w:t>애플 음악 링크</w:t>
      </w:r>
    </w:p>
    <w:p>
      <w:r>
        <w:t>https://music.apple.com/jp/album/amato-single/1633233894</w:t>
      </w:r>
    </w:p>
    <w:p>
      <w:r>
        <w:t>노마 쿤의 링크 컬렉션</w:t>
        <w:br/>
        <w:t>https://t.co/fml5jdby2u</w:t>
      </w:r>
    </w:p>
    <w:p>
      <w:r>
        <w:t>게임</w:t>
      </w:r>
    </w:p>
    <w:p>
      <w:r>
        <w:t>"Amato"는 모든 사람을 사랑하는 Fortnite에 참여합니다.</w:t>
      </w:r>
    </w:p>
    <w:p>
      <w:r>
        <w:drawing>
          <wp:inline xmlns:a="http://schemas.openxmlformats.org/drawingml/2006/main" xmlns:pic="http://schemas.openxmlformats.org/drawingml/2006/picture">
            <wp:extent cx="3657600" cy="248938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893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199505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5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말할 것도없이, "Fortnite"는 전 세계적으로 5 억 명 이상의 사용자를 보유한 세계 최대의 온라인 게임입니다.개인용 컴퓨터 외에도 PS5 및 Nintendo Switch와 같은 다양한 홈 게임 콘솔을 지원하여 모든 세대를 유치합니다.</w:t>
      </w:r>
    </w:p>
    <w:p>
      <w:r>
        <w:t>2023 년 8 월 31 일, PR Time (보도 자료)의 갑작스런 발표가 있었고 "Amato"가 "Fortnite"에서 움직이는 충격적인 이미지의 출시와 함께 게임 개발 스튜디오 "Japan Dao Games"가 설립되었습니다. . 그리고 온라인 게임 개발의 발표가있었습니다.커뮤니티는이 발표에 기뻐했으며, 예상되지 않았습니다.</w:t>
      </w:r>
    </w:p>
    <w:p>
      <w:r>
        <w:t>개요는 다음과 같습니다</w:t>
      </w:r>
    </w:p>
    <w:p>
      <w:r>
        <w:t>""Fortnite "에서"Amato "의 성공적인 아바타.독특한 IP 캐릭터가 세계 최대의 온라인 게임에 들어갔습니다.</w:t>
      </w:r>
    </w:p>
    <w:p>
      <w:r>
        <w:t>personal 컴퓨터 외에도 PS5, Nintendo Switch 및 Xbox와 같은 모든 홈 게임 콘솔도 지원할 수 있습니다.</w:t>
      </w:r>
    </w:p>
    <w:p>
      <w:r>
        <w:t>〇 〇 자신의 IP를 사용하여 다양한 제작자와 협력하여 일본의 창조적 인 세계 개발을 가속화합니다.</w:t>
      </w:r>
    </w:p>
    <w:p>
      <w:r>
        <w:t>〇 세계 최고의 온라인 게임에 일본 NFT 박물관을 설립하고 일본 제작자의 작품을 세계에 전달하십시오.</w:t>
      </w:r>
    </w:p>
    <w:p>
      <w:r>
        <w:t>자세한 내용은 아래 PR 시간 링크를 참조하십시오.</w:t>
      </w:r>
    </w:p>
    <w:p>
      <w:r>
        <w:t>여전히 개발 중이며 알려지지 않은 포인트가 많이 있지만 개방형 및 상호 메타 봄을 목표로하는 "Fortnite"는 미래에 100 억 명의 사용자에게 다가가는 세계 최대의 메타 봄이 될 것으로 예상됩니다."amato"의 중요성은 헤아릴 수 없습니다.그것은 "One Piece"및 "Dragon Ball"과 같은 글로벌 IP로 인식되며 전 세계 사람들이 사랑하는 미래를 상상해보십시오.</w:t>
      </w:r>
    </w:p>
    <w:p>
      <w:r>
        <w:t>https://twitter.com/yudajapandao/status/1697027208802615597?ref_src=twsrc%5Etfw%7Ctwcamp%5Etweetembed%7Ctwterm%5E1697027208802615597%7Ctwgr%5Ec3f5998cec022928a3538af58bcae928245143c9%7Ctwcon%5Es1_&amp;ref_url=https%3A%2F%2Fnote.com%2Fpreview%2Fnae2486489acd%3Fprev_access_key%3D88099127a8c630e0627bfeada77f60f9</w:t>
      </w:r>
    </w:p>
    <w:p>
      <w:r>
        <w:t>PR 시간</w:t>
      </w:r>
    </w:p>
    <w:p>
      <w:r>
        <w:t>https://prtimes.jp/main/html/rd/p/000000003.000127669.html</w:t>
      </w:r>
    </w:p>
    <w:p>
      <w:r>
        <w:t>Fortnite 공식 링크</w:t>
      </w:r>
    </w:p>
    <w:p>
      <w:r>
        <w:t>https://www.fortnite.com/</w:t>
      </w:r>
    </w:p>
    <w:p>
      <w:r>
        <w:t>생기</w:t>
      </w:r>
    </w:p>
    <w:p>
      <w:r>
        <w:drawing>
          <wp:inline xmlns:a="http://schemas.openxmlformats.org/drawingml/2006/main" xmlns:pic="http://schemas.openxmlformats.org/drawingml/2006/picture">
            <wp:extent cx="3657600" cy="203377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3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애니메이션은 "Amato"뿐만 아니라 "Japan Dao"가 가진 모든 캐릭터 브랜드에서도 진행될 것으로 예상됩니다.</w:t>
      </w:r>
    </w:p>
    <w:p>
      <w:r>
        <w:t>특히 "Amato"는 Metavers 및 AI와 같은 이야기 외에도 "적과 싸우는 영웅"의 젊은이와 노인의 특성을 가지고 있으며, 그것이 크게 성공할 것이라고 확신합니다.</w:t>
      </w:r>
    </w:p>
    <w:p>
      <w:r>
        <w:t>아이들이 학교에서 아마토에 대해 이야기하는 미래를 상상하는 것은 흥미 롭습니다.</w:t>
      </w:r>
    </w:p>
    <w:p>
      <w:r>
        <w:t>공식 애니메이션은 이미 도쿄 (Shibuya, Shinjuku, Ikebukuro, Roppongi)의 4 개 지역의 큰 비전에서 이미 시작되었으며 앞으로 각 브랜드의 진보는 큰 문제입니다!</w:t>
      </w:r>
    </w:p>
    <w:p>
      <w:r>
        <w:t>https://twitter.com/amatonft/status/1742431758753439985?ref_src=twsrc%5Etfw%7Ctwcamp%5Etweetembed%7Ctwterm%5E1742431758753439985%7Ctwgr%5Ec3f5998cec022928a3538af58bcae928245143c9%7Ctwcon%5Es1_&amp;ref_url=https%3A%2F%2Fnote.com%2Fpreview%2Fnae2486489acd%3Fprev_access_key%3D88099127a8c630e0627bfeada77f60f9</w:t>
      </w:r>
    </w:p>
    <w:p>
      <w:r>
        <w:t>학교 시장 (Gakuichi) 뉴스</w:t>
      </w:r>
    </w:p>
    <w:p>
      <w:r>
        <w:t>https://gakuichi.com/blogs/gakuichi-news/%E4%B8%96%E7%95%8C%E6%9C%80%E5%A4%A7%E7%B4%9A%E3%81%AE%E3%83%A1%E3%82%BF%E3%83%90%E3%83%BC%E3%82%B9%E7%BE%8E%E8%A1%93%E9%A4%A8-%E6%97%A5%E6%9C%ACnft%E7%BE%8E%E8%A1%93%E9%A4%A8-%E3%81%8C%E6%9D%B1%E4%BA%AC4%E3%83%B6%E6%89%80%E3%81%AE%E5%A4%A7%E5%9E%8B%E3%83%93%E3%82%B8%E3%83%A7%E3%83%B3%E3%81%AB%E3%81%A612%E3%83%B6%E6%9C%88%E9%80%A3%E7%B6%9A%E3%81%A7%E5%85%AC%E5%BC%8F%E3%82%A2%E3%83%8B%E3%83%A1%E3%83%BC%E3%82%B7%E3%83%A7%E3%83%B3%E3%81%AE%E6%94%BE%E6%98%A0%E3%81%8C%E6%B1%BA%E5%AE%9A-%E6%B8%8B%E8%B0%B7-%E6%96%B0%E5%AE%BF-%E6%B1%A0%E8%A2%8B-%E5%85%AD%E6%9C%AC%E6%9C%A8%E3%81%AE%E5%85%A8%EF%BC%94%E3%83%B6%E6%89%80%E3%81%A7%E6%94%BE%E6%98%A0</w:t>
      </w:r>
    </w:p>
    <w:p>
      <w:r>
        <w:t>상품 (웹 상점)</w:t>
      </w:r>
    </w:p>
    <w:p>
      <w:r>
        <w:t>공식 상점은 "아마토"를 밀고 있습니까?</w:t>
      </w:r>
    </w:p>
    <w:p>
      <w:r>
        <w:drawing>
          <wp:inline xmlns:a="http://schemas.openxmlformats.org/drawingml/2006/main" xmlns:pic="http://schemas.openxmlformats.org/drawingml/2006/picture">
            <wp:extent cx="3657600" cy="20320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Osaka에서 개최 된 NFT 컬렉션 (일반적으로 N Kore)의 제품 판매 외에도 일본 DAO 공식 웹 스토어는 2023 년 여름에 문을 열었습니다.N Kore에 갈 수없는 사람들조차도 상품을 쉽게 구입할 수 있습니다.</w:t>
      </w:r>
    </w:p>
    <w:p>
      <w:r>
        <w:t>의류, 액세서리 및 문구와 같은 상품을 설명하는 Amato의 채용 비율은 사용자에게 매우 사랑 받는다고 말할 수 있습니다.</w:t>
      </w:r>
    </w:p>
    <w:p>
      <w:r>
        <w:t>일상적인 용도로도 시원하고 시원한 세련된 디자인을 가진 T- 셔츠와 같은 팬이 있습니다.</w:t>
      </w:r>
    </w:p>
    <w:p>
      <w:r>
        <w:t>아래 링크에서 살펴보십시오.</w:t>
      </w:r>
    </w:p>
    <w:p>
      <w:r>
        <w:t>https://twitter.com/japannftmuseum/status/1629058295901360130?ref_src=twsrc%5Etfw%7Ctwcamp%5Etweetembed%7Ctwterm%5E1629058295901360130%7Ctwgr%5Ec3f5998cec022928a3538af58bcae928245143c9%7Ctwcon%5Es1_&amp;ref_url=https%3A%2F%2Fnote.com%2Fpreview%2Fnae2486489acd%3Fprev_access_key%3D88099127a8c630e0627bfeada77f60f9</w:t>
      </w:r>
    </w:p>
    <w:p>
      <w:r>
        <w:t>https://twitter.com/Rain_NFT/status/1693469819159679104?ref_src=twsrc%5Etfw%7Ctwcamp%5Etweetembed%7Ctwterm%5E1693469819159679104%7Ctwgr%5Ec3f5998cec022928a3538af58bcae928245143c9%7Ctwcon%5Es1_&amp;ref_url=https%3A%2F%2Fnote.com%2Fpreview%2Fnae2486489acd%3Fprev_access_key%3D88099127a8c630e0627bfeada77f60f9</w:t>
      </w:r>
    </w:p>
    <w:p>
      <w:r>
        <w:t>공식 웹 스토어 링크</w:t>
      </w:r>
    </w:p>
    <w:p>
      <w:r>
        <w:t>https://japandao.jp/ec</w:t>
      </w:r>
    </w:p>
    <w:p>
      <w:r>
        <w:t>요약</w:t>
      </w:r>
    </w:p>
    <w:p>
      <w:r>
        <w:t>이 Japandao 잡지에서 "Amato는 무엇입니까?Vol.1 Amato가 탄생 한 후, 우리는 진화하는 "amato"를 색칠 할 다양한 내용을 도입했습니다.</w:t>
      </w:r>
    </w:p>
    <w:p>
      <w:r>
        <w:t>기사를 읽은 후 가능한 한 많은 사람들이 "Amato"에 매력적이고 미래에 대해 흥분했다면 기뻐할 것입니다.</w:t>
      </w:r>
    </w:p>
    <w:p>
      <w:r>
        <w:t>"Samurai to Challenge"와 함께 걷으면 멋진 경험이 있습니다.</w:t>
      </w:r>
    </w:p>
    <w:p>
      <w:r>
        <w:t>Amato (NFT)와 함께 World View를 즐기자!!</w:t>
      </w:r>
    </w:p>
    <w:p>
      <w:r>
        <w:t>Japan Dao Magazine은 일본 DAO에 대한 최신 정보와 프로젝트에 대한 자세한 정보를 소개 할 것입니다.</w:t>
      </w:r>
    </w:p>
    <w:p>
      <w:r>
        <w:t>일본 DAO에 관심이 있다면 "Japan Dao Magazine"의 공식 X 계정을 따르십시오.</w:t>
      </w:r>
    </w:p>
    <w:p>
      <w:r>
        <w:t>공식 X 계정 : https : //twitter.com/japannftmuseum</w:t>
      </w:r>
    </w:p>
    <w:p>
      <w:r>
        <w:t>공식 불화 : https://discord.com/invite/japandao</w:t>
      </w:r>
    </w:p>
    <w:p>
      <w:r>
        <w:t>공식 인스 타 그램 : https 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