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여러분, 안녕하세요!</w:t>
      </w:r>
    </w:p>
    <w:p>
      <w:r>
        <w:t>일본 다오 잡지에 오신 것을 환영합니다.</w:t>
      </w:r>
    </w:p>
    <w:p>
      <w:r>
        <w:t>이 기사를 통해 일본 문화에 대한 깊은 사랑과 열정을 세상에 전달하는 다리로 일본 Dao의 매력을 탐구하고 싶습니다.이 잡지는 "일본 다오 란 무엇입니까?"라는 질문이있는 사람들에게 자세한 답변을 제공합니다.이 기사는 일본 DAO 세계를 심화시키기위한 4 부 시리즈의 첫 번째 부분입니다.여기에서 우리는 "일본 DAO의 출생 배경입니까, 현재 활동에 어떻게 도달했는지?"를 소개합니다.</w:t>
      </w:r>
    </w:p>
    <w:p>
      <w:r>
        <w:t>일본 DAO 공식 사이트 https://japandao.jp/hp</w:t>
      </w:r>
    </w:p>
    <w:p>
      <w:r>
        <w:t>일본의 출생 배경 dao</w:t>
      </w:r>
    </w:p>
    <w:p>
      <w:r>
        <w:t>일본의 탄생은 설립자 (@yudajapandao)의 단어로 시작되었습니다."하나의 작품을 전 세계에 전달하는 것은 어렵다. 일본인 NFT는 어떻게 해외에 도달합니까?""일본 NFT가 모인 세계 최대의 박물관으로 전 세계가주의를 기울여야합니다."</w:t>
      </w:r>
    </w:p>
    <w:p>
      <w:r>
        <w:t>하나의 작품을 세우고 전 세계에 전달하는 것은 어렵습니다. 일본 NFT는 어떻게 해외에 도달합니까?그게 다야!!일본에서 NFT 만 수집하는 세계 최대의 박물관을 만들어 보자!일본에서 NFT가 모인 세계 최대의 박물관은 전 세계를 위해 준비되어 있습니다.나머지는 단지 모두에게 전화를 걸고 있습니다</w:t>
      </w:r>
    </w:p>
    <w:p>
      <w:r>
        <w:t>이 비전은 전 세계적으로 일본 문화의 매력을 전파하고 전 세계에서 사랑받는 일본 제작자가 그 어느 때보 다 많은 시대를 만들어내는 것입니다.일본의 세계 -클래스 기술 기술과 핵심을하는 최고의 제작자는 일본의 부흥의 열쇠입니다.</w:t>
      </w:r>
    </w:p>
    <w:p>
      <w:r>
        <w:t>일본은 NFT에 의해 부활 될 것입니다.NFT를 통해 일본 제작자는 전 세계에서 사랑받습니다.우리는 일본 제작자에게 조금 기여하기로 결정했고 일본 깃발의 빨간색과 흰색 이미지로 일본 NFT 박물관과 아마토를 시작하여 멋진 일본 프로젝트와 손을 잡고 세계를 목표로했습니다!</w:t>
      </w:r>
    </w:p>
    <w:p>
      <w:r>
        <w:t>이를 달성하기 위해 NFT 미술관 설립, 메타 바스 박물관의 개설, 프리미엄 패스, 갤러리 및이자 나 프로젝트의 개념을 포함하여 다양한 이니셔티브가 개척적으로 수행되었습니다.이들 모두는 일본 디지털 아트와 제작자를 지원하고 일본 문화의 화려 함을 세계에 전달하는 것입니다.</w:t>
      </w:r>
    </w:p>
    <w:p>
      <w:r>
        <w:t>일본으로의 진화</w:t>
      </w:r>
    </w:p>
    <w:p>
      <w:r>
        <w:t>시간이 지남에 따라 NFT Fine Art 박물관은 많은 프로젝트를 개발했으며 일본 DAO라는 거대한 조직으로 진화했습니다.현재 일본 DAO는 "일본 NFT 박물관을 운영하는 캐릭터 브랜드"로 자리 잡고 있으며 Amato, Niji 및 Kagura와 같은 프로젝트를 통해 일본 문화를 소개하고 전송하고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104239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2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현재 (2023 년 3 월 기준) 10 개의 프로젝트가 진행 중입니다!!</w:t>
      </w:r>
    </w:p>
    <w:p>
      <w:r>
        <w:t>일본의 현재 Dao</w:t>
      </w:r>
    </w:p>
    <w:p>
      <w:r>
        <w:t>일본 DAO는 현재 전 세계 150 개 이상의 국가에서 4 만 명 이상의 회원이 모이는 글로벌 커뮤니티로 발전했습니다.만화 직렬화, 애니메이션 방송, 게임 개발 및 음악 배포, 시부야, 신주쿠, 이케 부쿠로 및 도쿄의 로프 폰지 (Roppongi)와 같은 다양한 컨텐츠를 제공하고 다양한 형태로 활동하고 광범위한 범위의 활동을 제공합니다. 세대. 우리는 일본 문화의 매력을 계속 전달합니다.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일본 DAO의 이야기는 하나의 아이디어로 시작하여 이제 전 세계에서 주목을 받고있는 거대한 공동체로 성장했습니다.일본 DAO의 역사와 현재의 성공은 미래에 더 많은 도약을위한 기초가 될 것입니다.</w:t>
      </w:r>
    </w:p>
    <w:p>
      <w:r>
        <w:t>슬로건 아래에서 "Let 's Go! Japan dao !!", 전 세계 일본 문화의 매력을 계속 전파하자.</w:t>
      </w:r>
    </w:p>
    <w:p>
      <w:r>
        <w:t>Japandao는 일본 문화를 사랑하는 모든 사람을위한 장소입니다.</w:t>
      </w:r>
    </w:p>
    <w:p>
      <w:r>
        <w:t>우리 커뮤니티에 참여하십시오.공식 불화는 다국적 지원을 받았으며 당신을 따뜻하게 환영합니다.일본 문화의 새로운 매력을 함께 발견하고 전 세계의 문화를 확장합시다.자유롭게 오세요!</w:t>
      </w:r>
    </w:p>
    <w:p>
      <w:r>
        <w:t>두 번째 부분의 다음 부분에서, 우리는 일본 DAO의 로드맵과 목표 달성을위한 조직 구조를 더 깊이 파고들 것입니다.즐기세요!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일본 DAO에 관심이 있다면 "Japan Dao Magazine"의 공식 X 계정을 따르십시오.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