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Cos'è Amato?Vol.2 "Presente e futuro di Amato</w:t>
      </w:r>
    </w:p>
    <w:p>
      <w:r>
        <w:t>Ciao la famiglia Japan Dao ☆</w:t>
      </w:r>
    </w:p>
    <w:p>
      <w:r>
        <w:t>In questo articolo, in seguito alla nascita di Amato NFT, l'attuale posizione di "Amato", che si è evoluta in un grande progetto, si è sviluppato in vari contenuti, come "manga", "musica", "giochi" e "anime" e rafforzando ulteriormente IP.</w:t>
      </w:r>
    </w:p>
    <w:p>
      <w:r>
        <w:t>Per favore dai un'occhiata alla fine!</w:t>
      </w:r>
    </w:p>
    <w:p>
      <w:r>
        <w:t>* "Che cos'è Amato?Se non hai letto la nascita di Vol.1 Amato, sarei grato se potessi vederlo dal link qui sotto.</w:t>
      </w:r>
    </w:p>
    <w:p>
      <w:r>
        <w:t>Link della rivista Japan Dao</w:t>
      </w:r>
    </w:p>
    <w:p>
      <w:r>
        <w:t>"Che cos'è Amato?Vol.1 Nascita di Amato "</w:t>
      </w:r>
    </w:p>
    <w:p>
      <w:r>
        <w:t>sito ufficiale</w:t>
      </w:r>
    </w:p>
    <w:p>
      <w:r>
        <w:t>https://amato-official.com/</w:t>
      </w:r>
    </w:p>
    <w:p>
      <w:r>
        <w:t>Mare aperto</w:t>
      </w:r>
    </w:p>
    <w:p>
      <w:r>
        <w:t>https://opensea.io/collection/amato-official</w:t>
      </w:r>
    </w:p>
    <w:p>
      <w:r>
        <w:t>X (Twitter)</w:t>
      </w:r>
    </w:p>
    <w:p>
      <w:r>
        <w:t>https://twitter.com/amatonft</w:t>
      </w:r>
    </w:p>
    <w:p>
      <w:r>
        <w:t>Manga （fumetto）</w:t>
      </w:r>
    </w:p>
    <w:p>
      <w:r>
        <w:t>Il manga a quattro frame "Amakomi" con il senso del dipartimento editoriale brilla</w:t>
      </w:r>
    </w:p>
    <w:p>
      <w:r>
        <w:drawing>
          <wp:inline xmlns:a="http://schemas.openxmlformats.org/drawingml/2006/main" xmlns:pic="http://schemas.openxmlformats.org/drawingml/2006/picture">
            <wp:extent cx="3657600" cy="478094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7809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Uno dei contenuti più importanti del progetto Amato è il manga "Amakomi".</w:t>
      </w:r>
    </w:p>
    <w:p>
      <w:r>
        <w:t>La serie di fumetti a quattro cornici, che hanno iniziato X (Twitter) nell'ottobre 2022, è stata serializzata fino all'aprile 2024 e fino al 24 ° episodio.</w:t>
      </w:r>
    </w:p>
    <w:p>
      <w:r>
        <w:t>I creatori ufficiali esperti stanno producendo con tutti i loro punti di forza, principalmente dall'editore -Chief of the Waterfall (@taki_sae), presso il dipartimento editoriale del Giappone NFT Museum.</w:t>
      </w:r>
    </w:p>
    <w:p>
      <w:r>
        <w:t>Il contenuto è modificato sullo sfondo della storia "Amato Story" creata nel tipo di partecipazione della comunità ed è un lavoro comico e divertente con il punto della storia.</w:t>
      </w:r>
    </w:p>
    <w:p>
      <w:r>
        <w:t>Viene aggiornato una o due volte al mese alternativamente con altri manga del marchio di personaggi (martedì aggiornato).</w:t>
      </w:r>
    </w:p>
    <w:p>
      <w:r>
        <w:t>Dal link qui sotto, puoi leggere tutte le storie insieme, quindi vedilo ♪</w:t>
      </w:r>
    </w:p>
    <w:p>
      <w:r>
        <w:t>https://twitter.com/amatonft/status/1584864119383281665?ref_src=twsrc%5Etfw%7Ctwcamp%5Etweetembed%7Ctwterm%5E1584864119383281665%7Ctwgr%5Ec3f5998cec022928a3538af58bcae928245143c9%7Ctwcon%5Es1_&amp;ref_url=https%3A%2F%2Fnote.com%2Fpreview%2Fnae2486489acd%3Fprev_access_key%3D88099127a8c630e0627bfeada77f60f9</w:t>
      </w:r>
    </w:p>
    <w:p>
      <w:r>
        <w:t>Amakomi</w:t>
      </w:r>
    </w:p>
    <w:p>
      <w:r>
        <w:t>https://amato-official.com/manga</w:t>
      </w:r>
    </w:p>
    <w:p>
      <w:r>
        <w:t>Musica (musica)</w:t>
      </w:r>
    </w:p>
    <w:p>
      <w:r>
        <w:t>La colonna sonora di Amato è nata!!Il nome è "Amato"</w:t>
      </w:r>
    </w:p>
    <w:p>
      <w:r>
        <w:drawing>
          <wp:inline xmlns:a="http://schemas.openxmlformats.org/drawingml/2006/main" xmlns:pic="http://schemas.openxmlformats.org/drawingml/2006/picture">
            <wp:extent cx="3657600" cy="363366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36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Nomakun (@NomakunGo)</w:t>
      </w:r>
    </w:p>
    <w:p>
      <w:r>
        <w:t>La canzone tematica di Amato "Amato" è stata annunciata prima dell'uscita di Amato (NFT) e ha ragillato Amato fino ad oggi.</w:t>
      </w:r>
    </w:p>
    <w:p>
      <w:r>
        <w:t>La produzione e il canto delle canzoni sono responsabili di Nomakun (nome dell'artista: Sho -go), il Museo ufficiale del NFT del Museo NFT.Oltre alla produzione e al funzionamento della collezione NFT originale, è un creatore di grande talentuosa che ha lavorato allo sviluppo dei giochi, alla produzione musicale e ai cantanti.</w:t>
      </w:r>
    </w:p>
    <w:p>
      <w:r>
        <w:t>Il tema musicale "Amato" è stato distribuito su varie piattaforme musicali, tra cui Apple Music, e ha attirato elogi e attenzione.Dalla buona melodia del gusto giapponese, la sensazione di sprint e forza è sentita ed è una canzone molto interessante.Dalle molte bellissime espressioni giapponesi che Nomakun si è spento, puoi fortemente immaginare il samurai impegnativo e puoi sentire pienamente la visione del mondo di Amato.</w:t>
      </w:r>
    </w:p>
    <w:p>
      <w:r>
        <w:t>Dal link qui sotto, puoi ascoltare "Amato" su Apple Music, quindi ascoltalo ♪</w:t>
      </w:r>
    </w:p>
    <w:p>
      <w:r>
        <w:t>https://twitter.com/amatonft/status/1542814937944170497?ref_src=twsrc%5Etfw%7Ctwcamp%5Etweetembed%7Ctwterm%5E1542814937944170497%7Ctwgr%5Ec3f5998cec022928a3538af58bcae928245143c9%7Ctwcon%5Es1_&amp;ref_url=https%3A%2F%2Fnote.com%2Fpreview%2Fnae2486489acd%3Fprev_access_key%3D88099127a8c630e0627bfeada77f60f9</w:t>
      </w:r>
    </w:p>
    <w:p>
      <w:r>
        <w:t>Apple Music Link</w:t>
      </w:r>
    </w:p>
    <w:p>
      <w:r>
        <w:t>https://music.apple.com/jp/album/amato-single/1633233894</w:t>
      </w:r>
    </w:p>
    <w:p>
      <w:r>
        <w:t>Collezione Link di Nomakun</w:t>
        <w:br/>
        <w:t>https://t.co/fml5jdby2u</w:t>
      </w:r>
    </w:p>
    <w:p>
      <w:r>
        <w:t>GIOCO</w:t>
      </w:r>
    </w:p>
    <w:p>
      <w:r>
        <w:t>"Amato" partecipa a Fortnite che ama tutti.</w:t>
      </w:r>
    </w:p>
    <w:p>
      <w:r>
        <w:drawing>
          <wp:inline xmlns:a="http://schemas.openxmlformats.org/drawingml/2006/main" xmlns:pic="http://schemas.openxmlformats.org/drawingml/2006/picture">
            <wp:extent cx="3657600" cy="248938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893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199505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50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Inutile dire che "Fortnite" è il più grande gioco online del mondo con oltre 500 milioni di utenti in tutto il mondo.Oltre ai personal computer, supporta una vasta gamma di console di gioco casalinghe come PS5 e Nintendo Switch, attirando tutte le generazioni.</w:t>
      </w:r>
    </w:p>
    <w:p>
      <w:r>
        <w:t>Il 31 agosto 2023, c'è stato un improvviso annuncio dal tempo delle pubbliche relazioni (comunicato stampa) e, in combinazione con il rilascio di un'immagine scioccante che "Amato" si muove su "Fortnite", è stato istituito lo studio di sviluppo del gioco "Japan Dao Games" E c'è stato un annuncio a sorpresa dello sviluppo dello sviluppo del gioco online.La comunità era felice di questo annuncio, che non era previsto.</w:t>
      </w:r>
    </w:p>
    <w:p>
      <w:r>
        <w:t>Il contorno è il seguente</w:t>
      </w:r>
    </w:p>
    <w:p>
      <w:r>
        <w:t>〇 Avatar di successo di "Amato" in "Fortnite".Personaggi IP unici sono entrati nel più grande gioco online del mondo.</w:t>
      </w:r>
    </w:p>
    <w:p>
      <w:r>
        <w:t>〇 Oltre ai personal computer, può anche supportare tutte le console di gioco in casa come PS5, Nintendo Switch e Xbox.</w:t>
      </w:r>
    </w:p>
    <w:p>
      <w:r>
        <w:t>〇。 collaborando con vari creatori usando il proprio IP, accelerando lo sviluppo mondiale della creatività giapponese.</w:t>
      </w:r>
    </w:p>
    <w:p>
      <w:r>
        <w:t>〇 Stabilire il Giappone NFT Museum nel miglior gioco online del mondo e consegnare il lavoro dei creatori giapponesi al mondo.</w:t>
      </w:r>
    </w:p>
    <w:p>
      <w:r>
        <w:t>Vedi il link dei tempi di PR seguente per i dettagli.</w:t>
      </w:r>
    </w:p>
    <w:p>
      <w:r>
        <w:t>Sebbene sia ancora in fase di sviluppo e ci sono molti punti sconosciuti, "Fortnite", che mira a meta primavera aperta e reciproca, dovrebbe essere la più grande meta primavera del mondo, che si sta avvicinando a 10 miliardi di utenti in futuro.Il significato di "Amato" entra in cui è incommensurabile.È riconosciuto come un IP globale, come "One Piece" e "Dragon Ball", e immagina il futuro amato dalle persone di tutto il mondo.</w:t>
      </w:r>
    </w:p>
    <w:p>
      <w:r>
        <w:t>https://twitter.com/yudajapandao/status/1697027208802615597?ref_src=twsrc%5Etfw%7Ctwcamp%5Etweetembed%7Ctwterm%5E1697027208802615597%7Ctwgr%5Ec3f5998cec022928a3538af58bcae928245143c9%7Ctwcon%5Es1_&amp;ref_url=https%3A%2F%2Fnote.com%2Fpreview%2Fnae2486489acd%3Fprev_access_key%3D88099127a8c630e0627bfeada77f60f9</w:t>
      </w:r>
    </w:p>
    <w:p>
      <w:r>
        <w:t>Tempi di PR</w:t>
      </w:r>
    </w:p>
    <w:p>
      <w:r>
        <w:t>https://prtimes.jp/main/html/rd/p/000000003.000127669.html</w:t>
      </w:r>
    </w:p>
    <w:p>
      <w:r>
        <w:t>Link ufficiale di Fortnite</w:t>
      </w:r>
    </w:p>
    <w:p>
      <w:r>
        <w:t>https://www.fortnite.com/</w:t>
      </w:r>
    </w:p>
    <w:p>
      <w:r>
        <w:t>Animazione</w:t>
      </w:r>
    </w:p>
    <w:p>
      <w:r>
        <w:drawing>
          <wp:inline xmlns:a="http://schemas.openxmlformats.org/drawingml/2006/main" xmlns:pic="http://schemas.openxmlformats.org/drawingml/2006/picture">
            <wp:extent cx="3657600" cy="203377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37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Si prevede che l'animazione progredirà non solo in "Amato", ma anche in tutti i marchi di personaggi che "Japan Dao" ha.</w:t>
      </w:r>
    </w:p>
    <w:p>
      <w:r>
        <w:t>In particolare, "Amato" ha le caratteristiche dei giovani e dei vecchi, "eroi che combattono nemici", oltre a storie come metaver e intelligenza artificiale, e sono convinto che avrà molto successo.</w:t>
      </w:r>
    </w:p>
    <w:p>
      <w:r>
        <w:t>È eccitante immaginare il futuro in cui i bambini parlano di Amato a scuola.</w:t>
      </w:r>
    </w:p>
    <w:p>
      <w:r>
        <w:t>L'animazione ufficiale è già stata avviata in una grande visione di quattro sedi a Tokyo (Shibuya, Shinjuku, Ikebukuro, Roppongi) e il progresso di ogni marchio in futuro è un grande affare!</w:t>
      </w:r>
    </w:p>
    <w:p>
      <w:r>
        <w:t>https://twitter.com/amatonft/status/1742431758753439985?ref_src=twsrc%5Etfw%7Ctwcamp%5Etweetembed%7Ctwterm%5E1742431758753439985%7Ctwgr%5Ec3f5998cec022928a3538af58bcae928245143c9%7Ctwcon%5Es1_&amp;ref_url=https%3A%2F%2Fnote.com%2Fpreview%2Fnae2486489acd%3Fprev_access_key%3D88099127a8c630e0627bfeada77f60f9</w:t>
      </w:r>
    </w:p>
    <w:p>
      <w:r>
        <w:t>Notizie sul mercato scolastico (GAKUICHI)</w:t>
      </w:r>
    </w:p>
    <w:p>
      <w:r>
        <w:t>https://gakuichi.com/blogs/gakuichi-news/%E4%B8%96%E7%95%8C%E6%9C%80%E5%A4%A7%E7%B4%9A%E3%81%AE%E3%83%A1%E3%82%BF%E3%83%90%E3%83%BC%E3%82%B9%E7%BE%8E%E8%A1%93%E9%A4%A8-%E6%97%A5%E6%9C%ACnft%E7%BE%8E%E8%A1%93%E9%A4%A8-%E3%81%8C%E6%9D%B1%E4%BA%AC4%E3%83%B6%E6%89%80%E3%81%AE%E5%A4%A7%E5%9E%8B%E3%83%93%E3%82%B8%E3%83%A7%E3%83%B3%E3%81%AB%E3%81%A612%E3%83%B6%E6%9C%88%E9%80%A3%E7%B6%9A%E3%81%A7%E5%85%AC%E5%BC%8F%E3%82%A2%E3%83%8B%E3%83%A1%E3%83%BC%E3%82%B7%E3%83%A7%E3%83%B3%E3%81%AE%E6%94%BE%E6%98%A0%E3%81%8C%E6%B1%BA%E5%AE%9A-%E6%B8%8B%E8%B0%B7-%E6%96%B0%E5%AE%BF-%E6%B1%A0%E8%A2%8B-%E5%85%AD%E6%9C%AC%E6%9C%A8%E3%81%AE%E5%85%A8%EF%BC%94%E3%83%B6%E6%89%80%E3%81%A7%E6%94%BE%E6%98%A0</w:t>
      </w:r>
    </w:p>
    <w:p>
      <w:r>
        <w:t>MERCIE （Web Shop）</w:t>
      </w:r>
    </w:p>
    <w:p>
      <w:r>
        <w:t>Il negozio ufficiale che spinge "Amato"?</w:t>
      </w:r>
    </w:p>
    <w:p>
      <w:r>
        <w:drawing>
          <wp:inline xmlns:a="http://schemas.openxmlformats.org/drawingml/2006/main" xmlns:pic="http://schemas.openxmlformats.org/drawingml/2006/picture">
            <wp:extent cx="3657600" cy="20320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Oltre alle vendite di prodotti nella collezione NFT (comunemente nota come N Kore) tenutasi a Osaka e vari luoghi, il Web Store ufficiale del Japan DAO è stato aperto nell'estate del 2023.Anche quelli che non possono andare a N Kore possono facilmente acquistare merci.</w:t>
      </w:r>
    </w:p>
    <w:p>
      <w:r>
        <w:t>Si può dire che il tasso di reclutamento di Amato, che rappresenta beni come abbigliamento, accessori e articoli di cartoleria, sia molto amato dagli utenti.</w:t>
      </w:r>
    </w:p>
    <w:p>
      <w:r>
        <w:t>Ci sono fan di fan, come le magliette con un design elegante che è fresco e fresco anche per l'uso quotidiano.</w:t>
      </w:r>
    </w:p>
    <w:p>
      <w:r>
        <w:t>Si prega di dare un'occhiata dal link qui sotto.</w:t>
      </w:r>
    </w:p>
    <w:p>
      <w:r>
        <w:t>https://twitter.com/japannftmuseum/status/1629058295901360130?ref_src=twsrc%5Etfw%7Ctwcamp%5Etweetembed%7Ctwterm%5E1629058295901360130%7Ctwgr%5Ec3f5998cec022928a3538af58bcae928245143c9%7Ctwcon%5Es1_&amp;ref_url=https%3A%2F%2Fnote.com%2Fpreview%2Fnae2486489acd%3Fprev_access_key%3D88099127a8c630e0627bfeada77f60f9</w:t>
      </w:r>
    </w:p>
    <w:p>
      <w:r>
        <w:t>https://twitter.com/Rain_NFT/status/1693469819159679104?ref_src=twsrc%5Etfw%7Ctwcamp%5Etweetembed%7Ctwterm%5E1693469819159679104%7Ctwgr%5Ec3f5998cec022928a3538af58bcae928245143c9%7Ctwcon%5Es1_&amp;ref_url=https%3A%2F%2Fnote.com%2Fpreview%2Fnae2486489acd%3Fprev_access_key%3D88099127a8c630e0627bfeada77f60f9</w:t>
      </w:r>
    </w:p>
    <w:p>
      <w:r>
        <w:t>Link ufficiale del Web Store</w:t>
      </w:r>
    </w:p>
    <w:p>
      <w:r>
        <w:t>https://japandao.jp/ec</w:t>
      </w:r>
    </w:p>
    <w:p>
      <w:r>
        <w:t>riepilogo</w:t>
      </w:r>
    </w:p>
    <w:p>
      <w:r>
        <w:t>In questa rivista Japandao, "Che cos'è Amato?Dopo la nascita di Vol.1 Amato, abbiamo introdotto vari contenuti che colorano l'evoluzione "Amato".</w:t>
      </w:r>
    </w:p>
    <w:p>
      <w:r>
        <w:t>Sarei felice se quante più persone possibile dopo aver letto l'articolo fossero attraenti per "Amato" ed ero entusiasta del futuro.</w:t>
      </w:r>
    </w:p>
    <w:p>
      <w:r>
        <w:t>Camminando con "Samurai per sfidare", avrai sicuramente un'esperienza meravigliosa ♪</w:t>
      </w:r>
    </w:p>
    <w:p>
      <w:r>
        <w:t>Goditi la vista del mondo insieme ad Amato (NFT)!!</w:t>
      </w:r>
    </w:p>
    <w:p>
      <w:r>
        <w:t>La rivista Japan Dao introdurrà le ultime informazioni su Japan DAO e informazioni dettagliate sui progetti.</w:t>
      </w:r>
    </w:p>
    <w:p>
      <w:r>
        <w:t>Se sei interessato al Giappone DAO, segui l'account ufficiale X con "Japan Dao Magazine".</w:t>
      </w:r>
    </w:p>
    <w:p>
      <w:r>
        <w:t>Account X ufficiale: https: //twitter.com/japannftmuseum</w:t>
      </w:r>
    </w:p>
    <w:p>
      <w:r>
        <w:t>Discord ufficiale: https://discord.com/invite/japandao</w:t>
      </w:r>
    </w:p>
    <w:p>
      <w:r>
        <w:t>Instagram ufficiale: https: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