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大家好！</w:t>
      </w:r>
    </w:p>
    <w:p>
      <w:r>
        <w:t>欢迎来到日本DAO杂志。</w:t>
      </w:r>
    </w:p>
    <w:p>
      <w:r>
        <w:t>在上一篇文章中，我介绍了日本道的诞生和日本道的活动的秘密故事。如果您还没有阅读，请享受第一集</w:t>
      </w:r>
    </w:p>
    <w:p>
      <w:r>
        <w:t>本文是深化日本道世界的四部分系列的第二部分。在这里，我们将介绍“日本DAO路线图，日本DAO配置”。</w:t>
      </w:r>
    </w:p>
    <w:p>
      <w:r>
        <w:t>日本DAO官方网站https://japandao.jp/hp</w:t>
      </w:r>
    </w:p>
    <w:p>
      <w:r>
        <w:t>路线图</w:t>
      </w:r>
    </w:p>
    <w:p>
      <w:r>
        <w:t>自从其成立以来，日本道一直在稳步发展，并沿着以下路线图进行了该项目的发展。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2022年</w:t>
      </w:r>
    </w:p>
    <w:p>
      <w:r>
        <w:t>・日本NFT美术馆设立</w:t>
      </w:r>
    </w:p>
    <w:p>
      <w:r>
        <w:t>・开设Metavas博物馆</w:t>
      </w:r>
    </w:p>
    <w:p>
      <w:r>
        <w:t>・日本NFT博物馆Premimpass发射</w:t>
      </w:r>
    </w:p>
    <w:p>
      <w:r>
        <w:t>・ amato，niji，kagura，izana nft发射</w:t>
      </w:r>
    </w:p>
    <w:p>
      <w:r>
        <w:t>・漫画序列化开始</w:t>
      </w:r>
    </w:p>
    <w:p>
      <w:r>
        <w:t>2023年</w:t>
      </w:r>
    </w:p>
    <w:p>
      <w:r>
        <w:t>・智能袖珍释放</w:t>
      </w:r>
    </w:p>
    <w:p>
      <w:r>
        <w:t>・官方角色网站发布</w:t>
      </w:r>
    </w:p>
    <w:p>
      <w:r>
        <w:t>・官方商店开业</w:t>
      </w:r>
    </w:p>
    <w:p>
      <w:r>
        <w:t>・JAPAN DAO主题歌配信</w:t>
      </w:r>
    </w:p>
    <w:p>
      <w:r>
        <w:t>・开始在东京广播大型愿景</w:t>
      </w:r>
    </w:p>
    <w:p>
      <w:r>
        <w:t>2024（计划部署）</w:t>
      </w:r>
    </w:p>
    <w:p>
      <w:r>
        <w:t>・ Teamz Summit 2024合作伙伴选举</w:t>
      </w:r>
    </w:p>
    <w:p>
      <w:r>
        <w:t>・智能手机应用程序游戏（即将推出）</w:t>
      </w:r>
    </w:p>
    <w:p>
      <w:r>
        <w:t>· 即将推出</w:t>
      </w:r>
    </w:p>
    <w:p>
      <w:r>
        <w:t>・在线游戏（即将推出）</w:t>
      </w:r>
    </w:p>
    <w:p>
      <w:r>
        <w:t>· 即将推出</w:t>
      </w:r>
    </w:p>
    <w:p>
      <w:r>
        <w:t>日本的配置</w:t>
      </w:r>
    </w:p>
    <w:p>
      <w:r>
        <w:t>日本DAO由各种部门组成，包括创始人Yuda（@yudajapandao）和Daruman（@daruman_jp），包括创作者，模型（MOD），工程师和解决方案团队。此外，来自世界各地的社区成员具有该项目的核心，积极参与将日本文化和艺术传播给世界的活动。</w:t>
      </w:r>
    </w:p>
    <w:p>
      <w:r>
        <w:drawing>
          <wp:inline xmlns:a="http://schemas.openxmlformats.org/drawingml/2006/main" xmlns:pic="http://schemas.openxmlformats.org/drawingml/2006/picture">
            <wp:extent cx="3657600" cy="208163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15373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7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概括</w:t>
      </w:r>
    </w:p>
    <w:p>
      <w:r>
        <w:t>在这本Japandao杂志中，我们从过去推出了一个2024年的新项目。未来，例如智能手机应用游戏，在线游戏和动画的发布，令人兴奋。该组织的核心是来自世界各地的各种成员。毫无疑问，他们编织的日本文化的传播将更加扩展。请烧掉日本道的演变。</w:t>
      </w:r>
    </w:p>
    <w:p>
      <w:r>
        <w:t xml:space="preserve">下一个通知：第3部分 - 标准部署 - </w:t>
      </w:r>
    </w:p>
    <w:p>
      <w:r>
        <w:t>在第三部分的下一部分中，我们计划介绍日本道的梅塔巴斯的创新举措，沉浸式的经验以及日本文化如何传播给世界。请务必期待您的想象力之外的日本道的Metowers！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如果您对日本DAO感兴趣，请遵循“日本DAO杂志”的官方X帐户。</w:t>
      </w:r>
    </w:p>
    <w:p>
      <w:r>
        <w:t>官方X帐户：https：//twitter.com/japannftmuseum</w:t>
      </w:r>
    </w:p>
    <w:p>
      <w:r>
        <w:t>官方不和谐：https：//discord.com/invite/japandao</w:t>
      </w:r>
    </w:p>
    <w:p>
      <w:r>
        <w:t>官方Instagram：https：//www.instagram.com/japannftmuseum/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