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如何参加日本DAO社区（如何参与Discord服务器）</w:t>
      </w:r>
    </w:p>
    <w:p>
      <w:r>
        <w:t>在本SMAPKE杂志中，我们将介绍如何参加日本DAO社区！</w:t>
      </w:r>
    </w:p>
    <w:p>
      <w:r>
        <w:t>我们使用称为“ Discord”的通信工具与用户进行通信。</w:t>
      </w:r>
    </w:p>
    <w:p>
      <w:r>
        <w:t>现在，我将在下面解释如何参与社区的程序。</w:t>
      </w:r>
    </w:p>
    <w:p>
      <w:r>
        <w:t>如何参与社区</w:t>
      </w:r>
    </w:p>
    <w:p>
      <w:r>
        <w:t>■Discord参加方法</w:t>
      </w:r>
    </w:p>
    <w:p>
      <w:r>
        <w:t>如何参与不和谐有两种模式。</w:t>
      </w:r>
    </w:p>
    <w:p>
      <w:r>
        <w:t>模式1：粘贴邀请链接并参与</w:t>
      </w:r>
    </w:p>
    <w:p>
      <w:r>
        <w:t>模式2：从官方帐户中参与</w:t>
      </w:r>
    </w:p>
    <w:p>
      <w:r>
        <w:t>模式1：不一致的参与程序（邀请链接糊）</w:t>
      </w:r>
    </w:p>
    <w:p>
      <w:r>
        <w:t>1.打开Discord应用程序</w:t>
      </w:r>
    </w:p>
    <w:p>
      <w:r>
        <w:t>2.继续使用屏幕左上方的“ +”按钮创建服务器</w:t>
      </w:r>
    </w:p>
    <w:p>
      <w:r>
        <w:t>3.点击屏幕底部的“参与服务器”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4.将社区服务器的URL粘贴到邀请链接</w:t>
      </w:r>
    </w:p>
    <w:p>
      <w:r>
        <w:t>请复制并粘贴日本DAO服务器的URL</w:t>
      </w:r>
    </w:p>
    <w:p>
      <w:r>
        <w:t>https://discord.com/invite/japandao</w:t>
      </w:r>
    </w:p>
    <w:p>
      <w:r>
        <w:t>5.点击“邀请”</w:t>
      </w:r>
    </w:p>
    <w:p>
      <w:r>
        <w:t>6.在服务器上完成注册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模式2：不一致的参与程序（来自X官方帐户）</w:t>
      </w:r>
    </w:p>
    <w:p>
      <w:r>
        <w:t>日本DAO官方帐户：https：//twitter.com/japannftmuseum</w:t>
      </w:r>
    </w:p>
    <w:p>
      <w:r>
        <w:t>1.点击X官方帐户的不和谐链接</w:t>
      </w:r>
    </w:p>
    <w:p>
      <w:r>
        <w:t>2.点击“邀请”</w:t>
      </w:r>
    </w:p>
    <w:p>
      <w:r>
        <w:t>3.在服务器上完成注册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■关于初始设置（身份验证，滚动设置）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1.点击“＃🔰|验证”</w:t>
      </w:r>
    </w:p>
    <w:p>
      <w:r>
        <w:t>2.滚动到屏幕底部</w:t>
      </w:r>
    </w:p>
    <w:p>
      <w:r>
        <w:t>3.检查服务器规则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4.阅读规则，检查此规则，然后点击完成</w:t>
      </w:r>
    </w:p>
    <w:p>
      <w:r>
        <w:t>5.点击“＃🔰| set-lole”</w:t>
      </w:r>
    </w:p>
    <w:p>
      <w:r>
        <w:t>6.单击“🌟”表情符号（日本DAO朋友卷）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■发送消息</w:t>
      </w:r>
    </w:p>
    <w:p>
      <w:r>
        <w:t>1.点击您的语言频道</w:t>
      </w:r>
    </w:p>
    <w:p>
      <w:r>
        <w:t>2.点击表情符号图标</w:t>
      </w:r>
    </w:p>
    <w:p>
      <w:r>
        <w:t>3.点击邮票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您加入了社区吗？如果您在每个语言频道上都有任何邮票或问题，请随时这样做。成员会做出回应，所以请加入我们的次数越来越多！呢</w:t>
      </w:r>
    </w:p>
    <w:p>
      <w:r>
        <w:t>日本DAO将继续尽快向用户提供新信息。</w:t>
      </w:r>
    </w:p>
    <w:p>
      <w:r>
        <w:t>如果您对日本DAO感兴趣，请遵循“日本DAO杂志”的官方X帐户。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导演评论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日本道有一个杰出的使命，可以与NFT一起复兴日本！</w:t>
      </w:r>
    </w:p>
    <w:p>
      <w:r>
        <w:t>日本在东京奥运会上为之骄傲的漫画和动漫文化与NFT兼容，而持有心爱的创作者和项目的NFT只是一个好主意。</w:t>
      </w:r>
    </w:p>
    <w:p>
      <w:r>
        <w:t>借助DAO，协同效应既具有散布和热量，又具有世界刺激！</w:t>
      </w:r>
    </w:p>
    <w:p>
      <w:r>
        <w:t>一定要让我们意识到日本与日本道的复活！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