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Mo kaabo, awọn onkawe si ti Iwe irohin squapine!</w:t>
      </w:r>
    </w:p>
    <w:p>
      <w:r>
        <w:t>Ninu akọsilẹ yii, a yoo ṣafihan ohun kikọ Osise Smart Smart Smart "apo".Ni afikun, a yoo tun ma jẹ ki o jinle si awọn ẹya ti o wuyi ti nft nibi, alaye Mint rẹ, ati lilo.</w:t>
      </w:r>
    </w:p>
    <w:p>
      <w:r>
        <w:drawing>
          <wp:inline xmlns:a="http://schemas.openxmlformats.org/drawingml/2006/main" xmlns:pic="http://schemas.openxmlformats.org/drawingml/2006/picture">
            <wp:extent cx="3657600" cy="222450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4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Apoti jẹ Vibrant kan, ohun kikọ irawọ irawọ iyara, ati pe eniyan rẹ lagbara, ati pe o dabi ọmọ ile-iwe ile-iwe akọọkan ti ọkunrin ti o jẹ igbagbogbo lori Dodge, ṣugbọn o jẹ ifihan nipasẹ iwa rere.Awọn ohun kikọ ti o han ninu iṣẹ naa ni apẹrẹ alailẹgbẹ ti o fun ọ laaye lati lero awọn abuda ni wiwo lati orukọ rẹ, irisi ati ikosile.Itan ti awọn ohun kikọ 11, pẹlu pockey, ni ihuwasi tirẹ ati ṣẹda wiwo agbaye.</w:t>
      </w:r>
    </w:p>
    <w:p>
      <w:r>
        <w:t>Tẹ ibi fun awọn alaye ti ohun kikọ kọọkan</w:t>
      </w:r>
    </w:p>
    <w:p>
      <w:r>
        <w:t>Ẹya agbaye ti o wuyi jẹ ẹgbẹ Echen Eedi "Ẹka ọlọpa Ilu Japan", eyiti o serialies orisirisi mfter ni Ile ọnọ ti Japan.Ẹgbẹ yii, yo nipasẹ olootu -in -fief ti isokuso, ni apẹrẹ ohun kikọ ninu iṣẹ yii, Markotoko, ti o wa ni itọju apẹrẹ ohun kikọ, ati iresi funfun, gbogbo eyiti o ni inira, aworan ti o ni inira, Kun, ipilẹ, ati ipilẹṣẹ ti o ni agbara lati mu gbogbo awọn ilana ti wa ni apejọ.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[Account Team X Account]</w:t>
      </w:r>
    </w:p>
    <w:p>
      <w:r>
        <w:t>Marimiya (@marumiya_nt)</w:t>
      </w:r>
    </w:p>
    <w:p>
      <w:r>
        <w:t>Paapaa isosileomi (@taki_saeae)</w:t>
      </w:r>
    </w:p>
    <w:p>
      <w:r>
        <w:t>Topoko (@ Tokyo_Toko201)</w:t>
      </w:r>
    </w:p>
    <w:p>
      <w:r>
        <w:t>Morry (@ Morry369)</w:t>
      </w:r>
    </w:p>
    <w:p>
      <w:r>
        <w:t>Iresi iresi funfun (@@oketsbubu_nft)</w:t>
      </w:r>
    </w:p>
    <w:p>
      <w:r>
        <w:drawing>
          <wp:inline xmlns:a="http://schemas.openxmlformats.org/drawingml/2006/main" xmlns:pic="http://schemas.openxmlformats.org/drawingml/2006/picture">
            <wp:extent cx="3657600" cy="20379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 afikun, bi awọn iroyin lati ṣe ayọ, iṣelọpọ ihuwasi ti apo ti Amẹrika ni Amẹrika, ati iran nla ni Tokyo ti pinnu.O le gbadun ifarada ti ohun elo wuyi yii n ṣiṣẹ ni Ropponti, Shinjuku, ati Ikebukuro, ikori kapupo ni Shibuya.Eyi yoo fi afilọ ti apo si awọn eniyan diẹ sii.</w:t>
      </w:r>
    </w:p>
    <w:p>
      <w:r>
        <w:t>🌟 itusilẹ idanilaraya akọkọ lati osise</w:t>
      </w:r>
    </w:p>
    <w:p>
      <w:r>
        <w:t>Ohun idanilarakọ akọkọ ti ile-ajo bayi nrterture nikẹhin.</w:t>
      </w:r>
    </w:p>
    <w:p>
      <w:r>
        <w:t>A n gbero lati tusilẹ "apo" ni Oṣu Kẹta 2024.Gbigba gbigba yii ṣe apejuwe idasilẹ ipilẹ, awọn ẹya ara ẹrọ, ati towólili ni isalẹ.</w:t>
      </w:r>
    </w:p>
    <w:p>
      <w:r>
        <w:t>Akoko ifisilẹ: Oṣu Kẹwa 2024</w:t>
      </w:r>
    </w:p>
    <w:p>
      <w:r>
        <w:t>Nọmba ti awọn ege ti oniṣowo: awọn aṣọ ibora mẹta to lopin</w:t>
      </w:r>
    </w:p>
    <w:p>
      <w:r>
        <w:t>Ọna Mint: O ṣeeṣe pẹlu SP awọn aaye nikan</w:t>
      </w:r>
    </w:p>
    <w:p>
      <w:r>
        <w:t>Gask ọya: patapata free</w:t>
      </w:r>
    </w:p>
    <w:p>
      <w:r>
        <w:t>Blockchain: Ethleeum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Eleda: Ti iṣelọpọ nipasẹ Ẹgbẹ Eedi Eedi "Ilu Ilu Ilu Japan Muellom"</w:t>
      </w:r>
    </w:p>
    <w:p>
      <w:r>
        <w:t>Ojuami kan: Gbogbo awọn ege 300 jẹ awọn aworan oriṣiriṣi</w:t>
      </w:r>
    </w:p>
    <w:p>
      <w:r>
        <w:t>Ihuwasi: Awọn oriṣi 11 ti awọn ohun kikọ silẹ wa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Awọn baaji ipo: wa ni ibamu si nọmba ti NFT ti o jẹ ati nọmba awọn ojuami ti o gba</w:t>
      </w:r>
    </w:p>
    <w:p>
      <w:r>
        <w:t>O le jogun awọn bireti pẹlu ipo ni ibamu si nọmba ti NFTS ti o ni ati nọmba awọn aaye ti o jo'gun .enjoy ọpọlọpọ awọn ọkọ ofurufu pẹlu gbigbọn!pic.twitter.com/lswswspnx0cm0</w:t>
      </w:r>
    </w:p>
    <w:p>
      <w:r>
        <w:t>Ere Ere: O kan ni o kan nft nft ati pe iwọ yoo gba ẹbun oṣooṣu kan</w:t>
      </w:r>
    </w:p>
    <w:p>
      <w:r>
        <w:t>Ṣe iwọ yoo fẹ lati kopa ninu jiji ọfẹ? Ogbin Ikun Ọfẹ</w:t>
      </w:r>
    </w:p>
    <w:p>
      <w:r>
        <w:t>Iṣẹ Iwuwo Ile-iṣẹ SFF: Smart apo ti o gbọn ni igba kọọkan ti o ra tabi ta nft, awọn aaye ni a fun ni awọn olura ati awọn ti o n ta.</w:t>
      </w:r>
    </w:p>
    <w:p>
      <w:r>
        <w:drawing>
          <wp:inline xmlns:a="http://schemas.openxmlformats.org/drawingml/2006/main" xmlns:pic="http://schemas.openxmlformats.org/drawingml/2006/picture">
            <wp:extent cx="3657600" cy="41165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16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Millemite yii ni iye to ṣọwọn pupọ nitori nọmba to lopin.Nipa gbigba Apockemynt, o le gbadun iriri pataki ati awọn ere bi ọmọ ẹgbẹ agbegbe apo apo ti o gbọn.</w:t>
      </w:r>
    </w:p>
    <w:p>
      <w:r>
        <w:t>Maṣe padanu anfani yii lati ni iriri ipakiri imoye ti aworan oni nọmba ati imọ-ẹrọ.</w:t>
      </w:r>
    </w:p>
    <w:p>
      <w:r>
        <w:t>Apoti apo ti ṣe ifamọra ifilọlẹ toga kariaye, pẹlu ọsẹ marun marun ni China.Ni afikun, igbohungbona igboro meime dojukọ ohun kikọ ti o joobu ti o jù Apoti Sami "ti wa tun ngbero, iyara titẹsi sinu ile itaja nft.</w:t>
      </w:r>
    </w:p>
    <w:p>
      <w:r>
        <w:t>Ọsẹ-ọsẹ Top 5 🗯️ Kini ni ijiroro julọ julọ ti o jiroro julọ nipasẹ awọn oṣere NFF ni ọsẹ to kọja?Mo gba awọn iṣẹ iṣaaju 5 pẹlu akọle ti o ga julọ.Ati alaye kukuru diẹ ninu ifihan I️ PIC.Twitter.com/mdxicbpzme</w:t>
      </w:r>
    </w:p>
    <w:p>
      <w:r>
        <w:t>Awọn olupin ti ni idinamọ fun jegudujera.Ifẹ si ati tita awọn aaye SP ti ni idinamọ.SP awọn aaye ni o pin ọfẹ ti idiyele ati pe o le jo'gun ọpọlọpọ awọn aaye SP ninu app naa.Ṣọra ti aiṣedede!</w:t>
      </w:r>
    </w:p>
    <w:p>
      <w:r>
        <w:t>Ṣe idanimọ ti leewọ ireje ninu olupin naa.O ti ni idinamọ gidigidi lati ra ati ta awọn aaye to minsps ti pin ọfẹ ọfẹ ati pe o le jo'gun ọpọlọpọ SP laarin app naa.Ṣọra fun jegudujera!pic.twitter.com/ygu4loh9f</w:t>
      </w:r>
    </w:p>
    <w:p>
      <w:r>
        <w:t>Packetmycy kii ṣe dukia oni-nọmba kan nikan, ṣugbọn igbadun igbadun ati iṣawari agbaye ti akoko wẹẹbu wẹẹbu.Ilowosi ni gbigba lopin jẹ ibalopọ ti o peye.Jẹ ki a ṣe apo smati pẹlu wa lati ṣe 2024 ọdun ti o dara julọ!</w:t>
      </w:r>
    </w:p>
    <w:p>
      <w:r>
        <w:t>Ti o ba nifẹ si apo ile-iṣẹ rẹ, jọwọ tẹle akọọlẹ X osise pẹlu "Iwe irohin Smapke".</w:t>
      </w:r>
    </w:p>
    <w:p>
      <w:r>
        <w:t>Account X ti Osise: HTTPS: //twitter.com/scapottacket</w:t>
      </w:r>
    </w:p>
    <w:p>
      <w:r>
        <w:t>Didflard osise: https: //discor.com/invite/smartpocketppocket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jẹ Iyika kan ti o le gba nft ni aaye ti o kan gba iṣẹ ṣiṣe ati NFIT funrararẹ ni iṣẹ iṣiṣẹ aifọwọyi!Akoko ti nfla le jo'gun n bọ laipẹ!Ni afikun si ipa-ipa ti o lagbara julọ, gbogbo awọn ege 300 ti fa nipasẹ Ile-iṣọ NFA ti Japan jẹ ipele ti ohun elo ti ohun kan, nitorinaa o niyanju lati ṣe ifọkansi fun akoko Mint. Lati ṣe .Pẹlupẹlu, ni Smaratpotta, nọmba ti awọn nfts kan pato, bii Pokemy NFT, nitorinaa o le gba awọn àmi gẹgẹ bi ipo, nitorinaa o fẹ lati ṣe ifọkansi fun pinpin Atẹle!Nitoribẹẹ, ni ọjọ Mint, Emi yoo tun ṣe ifọkansi fun pinpin Mint ati pinpin Atẹle, nitorinaa jẹ ki a ṣe ayẹyẹ papọ ni ọjọ!\ Japanese.docx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