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Как принять участие в сообществе Smart Pocket (как участвовать в сервере Discord)</w:t>
      </w:r>
    </w:p>
    <w:p>
      <w:r>
        <w:t>В этом журнале Smart Poke мы представим «как участвовать в сообществе Smart Pocket»!</w:t>
      </w:r>
    </w:p>
    <w:p>
      <w:r>
        <w:t>Мы используем инструмент связи под названием «Discord» для общения с пользователями.</w:t>
      </w:r>
    </w:p>
    <w:p>
      <w:r>
        <w:t>Кроме того, Smart Pocket Discord проводит регулярные мероприятия, и вы можете получать роскошные призы, если выиграете блестящий чемпионат.</w:t>
      </w:r>
    </w:p>
    <w:p>
      <w:r>
        <w:t>Теперь я объясню приведенную ниже процедуру для участия в сообществе.</w:t>
      </w:r>
    </w:p>
    <w:p>
      <w:r>
        <w:t>Как участвовать в сообществе</w:t>
      </w:r>
    </w:p>
    <w:p>
      <w:r>
        <w:t>■ Метод участия разногласий</w:t>
      </w:r>
    </w:p>
    <w:p>
      <w:r>
        <w:t>Есть два шаблона того, как участвовать в раздорах.</w:t>
      </w:r>
    </w:p>
    <w:p>
      <w:r>
        <w:t>Шаблон 1: вставьте ссылку приглашения и участвуйте</w:t>
      </w:r>
    </w:p>
    <w:p>
      <w:r>
        <w:t>Образец 2: Участвуйте с официальной учетной записи</w:t>
      </w:r>
    </w:p>
    <w:p>
      <w:r>
        <w:t>Образец 1: Процедура участия разногласий (вставка приглашения)</w:t>
      </w:r>
    </w:p>
    <w:p>
      <w:r>
        <w:t>1. Откройте приложение Discord</w:t>
      </w:r>
    </w:p>
    <w:p>
      <w:r>
        <w:t>2. Перейдите к созданию сервера с кнопкой « +» в левом верхнем углу экрана</w:t>
      </w:r>
    </w:p>
    <w:p>
      <w:r>
        <w:t>3. Нажмите «Участвовать на сервере» в нижней части экрана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4. Вставьте URL -адрес сообщества сервера в ссылку приглашения</w:t>
      </w:r>
    </w:p>
    <w:p>
      <w:r>
        <w:t>Пожалуйста, скопируйте и вставьте URL -адрес сервера Smart Pocket</w:t>
      </w:r>
    </w:p>
    <w:p>
      <w:r>
        <w:t>https://discord.com/invite/smartpocket</w:t>
      </w:r>
    </w:p>
    <w:p>
      <w:r>
        <w:t>5. Нажмите «Приглашение»</w:t>
      </w:r>
    </w:p>
    <w:p>
      <w:r>
        <w:t>6. Заполните регистрацию на сервере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Образец 2: Процедура участия разногласий (из официальной учетной записи X)</w:t>
      </w:r>
    </w:p>
    <w:p>
      <w:r>
        <w:t>Умная карманная официальная учетная запись: https: //twitter.com/smapocket</w:t>
      </w:r>
    </w:p>
    <w:p>
      <w:r>
        <w:t>1. Нажмите на ссылку Discord официальной учетной записи X</w:t>
      </w:r>
    </w:p>
    <w:p>
      <w:r>
        <w:t>2. Нажмите «Приглашение»</w:t>
      </w:r>
    </w:p>
    <w:p>
      <w:r>
        <w:t>3. Заполните регистрацию на сервере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■ О начальных настройках (аутентификация, настройки броска)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1. Нажмите « # 🔰 | Проверьте»</w:t>
      </w:r>
    </w:p>
    <w:p>
      <w:r>
        <w:t>2. Прокрутите в нижней части экрана</w:t>
      </w:r>
    </w:p>
    <w:p>
      <w:r>
        <w:t>3. Нажмите на смайлику (необходимо получить доступ к каждому каналу)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4. Нажмите «←» в левом верхней части экрана и верните</w:t>
      </w:r>
    </w:p>
    <w:p>
      <w:r>
        <w:t>5. Нажмите « # 🔰 | Set-Role»</w:t>
      </w:r>
    </w:p>
    <w:p>
      <w:r>
        <w:t>6. Нажмите на «🌟» смайлика (ролл семьи SP)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■ Отправить сообщение</w:t>
      </w:r>
    </w:p>
    <w:p>
      <w:r>
        <w:t>1. Нажмите на свой языковой канал</w:t>
      </w:r>
    </w:p>
    <w:p>
      <w:r>
        <w:t>2. Нажмите на значок смайликов</w:t>
      </w:r>
    </w:p>
    <w:p>
      <w:r>
        <w:t>3. Нажмите на штамп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краткое содержание</w:t>
      </w:r>
    </w:p>
    <w:p>
      <w:r>
        <w:t>Вы присоединились к сообществу?Если у вас есть марки или вопросы на каждом языковом канале, пожалуйста, не стесняйтесь делать это.Участники будут отвечать, поэтому, пожалуйста, присоединяйтесь к нам все больше и больше!!</w:t>
      </w:r>
    </w:p>
    <w:p>
      <w:r>
        <w:t>Если семья SP собирается, вы наверняка будете выполнены. Пароль - SP🌟</w:t>
      </w:r>
    </w:p>
    <w:p>
      <w:r>
        <w:t>Мы будем продолжать доставлять новую информацию пользователям, как только журнал Smapke.</w:t>
      </w:r>
    </w:p>
    <w:p>
      <w:r>
        <w:t>Если вы заинтересованы в своем умном кармане, пожалуйста, следите за официальной учетной записью X с «Smapke Magazine».</w:t>
      </w:r>
    </w:p>
    <w:p>
      <w:r>
        <w:t>Официальная учетная запись X: https: //twitter.com/smapocket</w:t>
      </w:r>
    </w:p>
    <w:p>
      <w:r>
        <w:t>Официальный раздор: https: //discord.com/invite/smartpocket</w:t>
      </w:r>
    </w:p>
    <w:p>
      <w:r>
        <w:drawing>
          <wp:inline xmlns:a="http://schemas.openxmlformats.org/drawingml/2006/main" xmlns:pic="http://schemas.openxmlformats.org/drawingml/2006/picture">
            <wp:extent cx="3657600" cy="1213042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130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Директор Комментарии</w:t>
      </w:r>
    </w:p>
    <w:p>
      <w:r>
        <w:t>Smart Pocket Community - это крупное глобальное сообщество, которое имеет участников из более чем 150 стран и в настоящее время оказывает поддержку на 17 языках!</w:t>
      </w:r>
    </w:p>
    <w:p>
      <w:r>
        <w:t>SmartPocket - это приложение, которое позволяет вам зарабатывать очки в мире, но это потому, что умное карманное сообщество работает, поэтому люди во всем мире могут наслаждаться им с душевным спокойствием, поэтому существование сообщества отлично подходит для проектов.</w:t>
      </w:r>
    </w:p>
    <w:p>
      <w:r>
        <w:t>Кроме того, приложение SmartPocket содержит более 700 проектов NFT в сотрудничестве, и из этого дизайна вы почувствуете сильное сообщение, что вы не будете конкурировать с другими проектами NFT, а в том, чтобы оживить рынок NFT вместе.И я думаю, что преимущества роста рынка будут возвращены сообществу, что является очень значимой и полезной вещью для участия в держателе NFT, то есть для сообщества!</w:t>
      </w:r>
    </w:p>
    <w:p>
      <w:r>
        <w:t>Во что бы то ни стало, давайте примужем в интеллектуальном карманном сообществе и начнем NFT Revolution вместе!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