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Como participar da comunidade Smart Pocket (como participar do servidor Discord)</w:t>
      </w:r>
    </w:p>
    <w:p>
      <w:r>
        <w:t>Nesta revista Smart Poke, apresentaremos "Como participar da comunidade Smart Pocket"!</w:t>
      </w:r>
    </w:p>
    <w:p>
      <w:r>
        <w:t>Usamos uma ferramenta de comunicação chamada "Discord" para se comunicar com os usuários.</w:t>
      </w:r>
    </w:p>
    <w:p>
      <w:r>
        <w:t>Além disso, a Smart Pocket Discord tem eventos regulares e você pode receber prêmios luxuosos se ganhar um campeonato brilhante.</w:t>
      </w:r>
    </w:p>
    <w:p>
      <w:r>
        <w:t>Agora, explicarei o procedimento abaixo sobre como participar da comunidade.</w:t>
      </w:r>
    </w:p>
    <w:p>
      <w:r>
        <w:t>Como participar da comunidade</w:t>
      </w:r>
    </w:p>
    <w:p>
      <w:r>
        <w:t>■ Método de participação da discórdia</w:t>
      </w:r>
    </w:p>
    <w:p>
      <w:r>
        <w:t>Existem dois padrões de como participar da discórdia.</w:t>
      </w:r>
    </w:p>
    <w:p>
      <w:r>
        <w:t>Padrão 1: Cole o link de convite e participe</w:t>
      </w:r>
    </w:p>
    <w:p>
      <w:r>
        <w:t>Padrão 2: Participe da conta oficial</w:t>
      </w:r>
    </w:p>
    <w:p>
      <w:r>
        <w:t>Padrão 1: Procedimento de participação da discórdia (pasta de link de convite)</w:t>
      </w:r>
    </w:p>
    <w:p>
      <w:r>
        <w:t>1. Abra o aplicativo Discord</w:t>
      </w:r>
    </w:p>
    <w:p>
      <w:r>
        <w:t>2. Prossiga para criar um servidor com o botão " +" no canto superior esquerdo da tela</w:t>
      </w:r>
    </w:p>
    <w:p>
      <w:r>
        <w:t>3. Toque em "Participe do servidor" na parte inferior da tela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Cole o URL do servidor comunitário no link de convite</w:t>
      </w:r>
    </w:p>
    <w:p>
      <w:r>
        <w:t>Copie e cole o URL do servidor de bolso inteligente</w:t>
      </w:r>
    </w:p>
    <w:p>
      <w:r>
        <w:t>https://discord.com/invite/smartpocket</w:t>
      </w:r>
    </w:p>
    <w:p>
      <w:r>
        <w:t>5. Toque em "Convite"</w:t>
      </w:r>
    </w:p>
    <w:p>
      <w:r>
        <w:t>6. Registro completo no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Padrão 2: Procedimento de participação da discórdia (da conta oficial da X)</w:t>
      </w:r>
    </w:p>
    <w:p>
      <w:r>
        <w:t>Conta Oficial de Pocket Smart: https: //twitter.com/smapocket</w:t>
      </w:r>
    </w:p>
    <w:p>
      <w:r>
        <w:t>1. Toque no link Discord da conta oficial do X</w:t>
      </w:r>
    </w:p>
    <w:p>
      <w:r>
        <w:t>2. Toque em "Convite"</w:t>
      </w:r>
    </w:p>
    <w:p>
      <w:r>
        <w:t>3. Registro completo no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Sobre as configurações iniciais (autenticação, configurações de rolo)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Toque em " # 🔰 | Verifique"</w:t>
      </w:r>
    </w:p>
    <w:p>
      <w:r>
        <w:t>2. Role até a parte inferior da tela</w:t>
      </w:r>
    </w:p>
    <w:p>
      <w:r>
        <w:t>3. Clique no emoji (necessário para acessar cada canal)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Toque em "←" no canto superior esquerdo da tela e retorne</w:t>
      </w:r>
    </w:p>
    <w:p>
      <w:r>
        <w:t>5. Toque em " # 🔰 | Set-Role"</w:t>
      </w:r>
    </w:p>
    <w:p>
      <w:r>
        <w:t>6. Clique no emoji "🌟" (rolo da família SP)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Envie uma mensagem</w:t>
      </w:r>
    </w:p>
    <w:p>
      <w:r>
        <w:t>1. Toque no seu canal de idioma</w:t>
      </w:r>
    </w:p>
    <w:p>
      <w:r>
        <w:t>2. Toque no ícone emoji</w:t>
      </w:r>
    </w:p>
    <w:p>
      <w:r>
        <w:t>3. Toque no selo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Você se juntou à comunidade?Se você tiver selos ou perguntas em cada canal de idiomas, sinta -se à vontade para fazê -lo.Os membros responderão, por isso, junte -se a nós cada vez mais!!</w:t>
      </w:r>
    </w:p>
    <w:p>
      <w:r>
        <w:t>Se a família SP se reúne, você certamente será realizado. A senha é SP🌟</w:t>
      </w:r>
    </w:p>
    <w:p>
      <w:r>
        <w:t>Continuaremos a fornecer novas informações aos usuários assim que a revista SMAPKE.</w:t>
      </w:r>
    </w:p>
    <w:p>
      <w:r>
        <w:t>Se você estiver interessado no seu Smart Pocket, siga a conta Official X com a "SMAPKE Magazine".</w:t>
      </w:r>
    </w:p>
    <w:p>
      <w:r>
        <w:t>Conta x oficial: https: //twitter.com/smapocket</w:t>
      </w:r>
    </w:p>
    <w:p>
      <w:r>
        <w:t>Discord oficial: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Comentários do diretor</w:t>
      </w:r>
    </w:p>
    <w:p>
      <w:r>
        <w:t>A comunidade Smart Pocket é uma grande comunidade global que tem participantes de mais de 150 países e atualmente fornece suporte em 17 idiomas!</w:t>
      </w:r>
    </w:p>
    <w:p>
      <w:r>
        <w:t>O SmartPocket é um aplicativo que permite que você ganhe pontos no mundo, mas isso ocorre porque a comunidade de bolso inteligente funciona, para que as pessoas em todo o mundo possam apreciá -lo com tranquilidade, então a existência da comunidade é ótima para projetos.</w:t>
      </w:r>
    </w:p>
    <w:p>
      <w:r>
        <w:t>Além disso, o aplicativo SmartPocket contém mais de 700 projetos de NFT de colaboração e, a partir desse design, você sentirá uma forte mensagem de que não competirá com outros projetos da NFT, mas para animar o mercado da NFT.E acho que os benefícios do crescimento do mercado serão devolvidos à comunidade, o que é uma coisa muito significativa e útil para participar do titular da NFT, isto é, à comunidade!</w:t>
      </w:r>
    </w:p>
    <w:p>
      <w:r>
        <w:t>Por todos os meios, vamos participar da comunidade Smart Pocket e iniciar a revolução da NFT juntos!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