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نحوه شرکت در انجمن جیب هوشمند (نحوه شرکت در سرور Discord)</w:t>
      </w:r>
    </w:p>
    <w:p>
      <w:r>
        <w:t>در این مجله هوشمند Poke ، "چگونه می توانیم در جامعه جیب هوشمند شرکت کنیم" معرفی خواهیم کرد!</w:t>
      </w:r>
    </w:p>
    <w:p>
      <w:r>
        <w:t>ما از یک ابزار ارتباطی به نام "Discord" برای برقراری ارتباط با کاربران استفاده می کنیم.</w:t>
      </w:r>
    </w:p>
    <w:p>
      <w:r>
        <w:t>علاوه بر این ، Smart Pocket Discord رویدادهای منظم دارد و در صورت کسب قهرمانی درخشان می توانید جوایز لوکس دریافت کنید.</w:t>
      </w:r>
    </w:p>
    <w:p>
      <w:r>
        <w:t>اکنون ، روش زیر را برای نحوه شرکت در جامعه توضیح خواهم داد.</w:t>
      </w:r>
    </w:p>
    <w:p>
      <w:r>
        <w:t>نحوه شرکت در جامعه</w:t>
      </w:r>
    </w:p>
    <w:p>
      <w:r>
        <w:t>■ روش مشارکت اختلاف نظر</w:t>
      </w:r>
    </w:p>
    <w:p>
      <w:r>
        <w:t>دو الگوی نحوه شرکت در Discord وجود دارد.</w:t>
      </w:r>
    </w:p>
    <w:p>
      <w:r>
        <w:t>الگوی 1: پیوند دعوت را بچسبانید و شرکت کنید</w:t>
      </w:r>
    </w:p>
    <w:p>
      <w:r>
        <w:t>الگوی 2: از حساب رسمی شرکت کنید</w:t>
      </w:r>
    </w:p>
    <w:p>
      <w:r>
        <w:t>الگوی 1: روش مشارکت اختلاف نظر (خمیر لینک دعوت)</w:t>
      </w:r>
    </w:p>
    <w:p>
      <w:r>
        <w:t>1. برنامه Discord را باز کنید</w:t>
      </w:r>
    </w:p>
    <w:p>
      <w:r>
        <w:t>2. با دکمه " +" در سمت چپ بالای صفحه ، سرور ایجاد کنید</w:t>
      </w:r>
    </w:p>
    <w:p>
      <w:r>
        <w:t>3. روی "شرکت در سرور" در پایین صفحه ضربه بزنید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4- URL سرور جامعه را به لینک دعوت بچسبانید</w:t>
      </w:r>
    </w:p>
    <w:p>
      <w:r>
        <w:t>لطفاً URL سرور Smart Pocket را کپی و چسباند</w:t>
      </w:r>
    </w:p>
    <w:p>
      <w:r>
        <w:t>https://discord.com/invite/smartpocket</w:t>
      </w:r>
    </w:p>
    <w:p>
      <w:r>
        <w:t>5. روی "دعوت" ضربه بزنید</w:t>
      </w:r>
    </w:p>
    <w:p>
      <w:r>
        <w:t>6. ثبت نام کامل روی سرور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الگوی 2: روش مشارکت اختلاف نظر (از حساب رسمی X)</w:t>
      </w:r>
    </w:p>
    <w:p>
      <w:r>
        <w:t>حساب رسمی جیب هوشمند: https: //twitter.com/smapocket</w:t>
      </w:r>
    </w:p>
    <w:p>
      <w:r>
        <w:t>1. روی پیوند Discord از حساب رسمی X ضربه بزنید</w:t>
      </w:r>
    </w:p>
    <w:p>
      <w:r>
        <w:t>2. روی "دعوت" ضربه بزنید</w:t>
      </w:r>
    </w:p>
    <w:p>
      <w:r>
        <w:t>3. ثبت نام کامل روی سرور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■ درباره تنظیمات اولیه (احراز هویت ، تنظیمات رول)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1. ضربه بزنید " # 🔰 | تأیید"</w:t>
      </w:r>
    </w:p>
    <w:p>
      <w:r>
        <w:t>2. به پایین صفحه بروید</w:t>
      </w:r>
    </w:p>
    <w:p>
      <w:r>
        <w:t>3. روی ایموجی ها کلیک کنید (برای دسترسی به هر کانال لازم است)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4- روی "←" در سمت چپ بالای صفحه ضربه بزنید و برگردید</w:t>
      </w:r>
    </w:p>
    <w:p>
      <w:r>
        <w:t>5. ضربه بزنید " # 🔰 | مجموعه تنظیم"</w:t>
      </w:r>
    </w:p>
    <w:p>
      <w:r>
        <w:t>6. روی ایموجی "🌟" (Roll Family SP) کلیک کنید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■ پیام ارسال کنید</w:t>
      </w:r>
    </w:p>
    <w:p>
      <w:r>
        <w:t>1. روی کانال زبان خود ضربه بزنید</w:t>
      </w:r>
    </w:p>
    <w:p>
      <w:r>
        <w:t>2. روی نماد ایموجی ضربه بزنید</w:t>
      </w:r>
    </w:p>
    <w:p>
      <w:r>
        <w:t>3. روی تمبر ضربه بزنید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خلاصه</w:t>
      </w:r>
    </w:p>
    <w:p>
      <w:r>
        <w:t>آیا به جامعه پیوستید؟اگر در هر کانال زبان تمبر یا سؤال دارید ، لطفاً این کار را انجام دهید.اعضا پاسخ خواهند داد ، بنابراین لطفاً بیشتر و بیشتر به ما بپیوندید!!</w:t>
      </w:r>
    </w:p>
    <w:p>
      <w:r>
        <w:t>اگر خانواده SP جمع شوند ، مطمئناً انجام خواهید شد. رمز عبور sp🌟 است</w:t>
      </w:r>
    </w:p>
    <w:p>
      <w:r>
        <w:t>ما به محض مجله Smapke ، اطلاعات جدیدی را به کاربران ارائه خواهیم داد.</w:t>
      </w:r>
    </w:p>
    <w:p>
      <w:r>
        <w:t>اگر به جیب هوشمند خود علاقه دارید ، لطفاً حساب رسمی X را با "مجله Smapke" دنبال کنید.</w:t>
      </w:r>
    </w:p>
    <w:p>
      <w:r>
        <w:t>حساب X رسمی: https: //twitter.com/smapocket</w:t>
      </w:r>
    </w:p>
    <w:p>
      <w:r>
        <w:t>اختلاف نظر رسمی: https: //discord.com/invite/smartpocket</w:t>
      </w:r>
    </w:p>
    <w:p>
      <w:r>
        <w:drawing>
          <wp:inline xmlns:a="http://schemas.openxmlformats.org/drawingml/2006/main" xmlns:pic="http://schemas.openxmlformats.org/drawingml/2006/picture">
            <wp:extent cx="3657600" cy="1213042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30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نظرات کارگردان</w:t>
      </w:r>
    </w:p>
    <w:p>
      <w:r>
        <w:t>جامعه Smart Pocket یک جامعه جهانی بزرگ است که از بیش از 150 کشور جهان شرکت کنندگان دارد و در حال حاضر به 17 زبان پشتیبانی می کند!</w:t>
      </w:r>
    </w:p>
    <w:p>
      <w:r>
        <w:t>SmartPocket برنامه ای است که به شما امکان می دهد امتیاز در جهان کسب کنید ، اما این به این دلیل است که جامعه جیب هوشمند کار می کند ، بنابراین مردم در سراسر جهان می توانند با آرامش خاطر از آن لذت ببرند ، بنابراین وجود جامعه برای پروژه ها عالی است.</w:t>
      </w:r>
    </w:p>
    <w:p>
      <w:r>
        <w:t>علاوه بر این ، برنامه SmartPocket شامل بیش از 700 پروژه NFT همکاری است و از آن طراحی ، یک پیام قوی احساس خواهید کرد که با سایر پروژه های NFT رقابت نخواهید کرد ، بلکه برای زنده کردن بازار NFT در کنار هم.و من فکر می کنم که مزایای رشد بازار به جامعه بازگردانده می شود ، که یک چیز بسیار معنی دار و مفید برای شرکت در دارنده NFT ، یعنی برای جامعه است!</w:t>
      </w:r>
    </w:p>
    <w:p>
      <w:r>
        <w:t>به هر معنی ، بیایید در جامعه جیب هوشمند شرکت کنیم و انقلاب NFT را با هم شروع کنیم!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