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안녕하세요, Smapoke Magazine 독자!</w:t>
      </w:r>
    </w:p>
    <w:p>
      <w:r>
        <w:t>이 노트에서는 공식 스마트 포켓 공식 캐릭터 "포켓"을 소개합니다.또한, 우리는 또한 Pocketmy NFT의 매력적인 기능, 민트 정보 및 유틸리티에 대해 더 깊이 파고들 것입니다.</w:t>
      </w:r>
    </w:p>
    <w:p>
      <w:r>
        <w:drawing>
          <wp:inline xmlns:a="http://schemas.openxmlformats.org/drawingml/2006/main" xmlns:pic="http://schemas.openxmlformats.org/drawingml/2006/picture">
            <wp:extent cx="3657600" cy="222450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245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포켓은 활기차고 호기심 많은 별 모양의 캐릭터이며, 그 성격은 강하며 때로는 닷지를 밟는 남성 초등학교 학생과 같습니다. 그러나 긍정적 인 태도가 특징입니다.작품에 나타나는 캐릭터는 이름, 외관 및 표현에서 한 눈에 특성을 느낄 수있는 독특한 디자인을 가지고 있습니다.Pocketmy를 포함한 11 자 이야기는 고유 한 성격을 지니고 있으며 세계관을 만듭니다.</w:t>
      </w:r>
    </w:p>
    <w:p>
      <w:r>
        <w:t>각 캐릭터에 대한 자세한 내용은 여기를 클릭하십시오</w:t>
      </w:r>
    </w:p>
    <w:p>
      <w:r>
        <w:t>포켓의 매력적인 세계관은 천재 제작자 그룹 "일본 NFT 박물관 편집 부서"로 일본 NFT 박물관 프로젝트에서 다양한 만화를 연속화합니다.Waterfall의 편집자가 이끄는이 팀은이 작품에서 캐릭터 디자인, Tokotoko, Morry 및 White Rice를 담당하는 Marumiya에서 캐릭터 디자인을 가지고 있습니다. 회화, 배경 및 배경. 모든 프로세스를 처리 할 수있는 능력이있는 전문 회원이 모이고 있습니다.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[Creator Team X 계정]</w:t>
      </w:r>
    </w:p>
    <w:p>
      <w:r>
        <w:t>Marumiya (@marumiya_nft)</w:t>
      </w:r>
    </w:p>
    <w:p>
      <w:r>
        <w:t>폭포 (@taki_sae)</w:t>
      </w:r>
    </w:p>
    <w:p>
      <w:r>
        <w:t>Tootoko (@tokyo_toko201)</w:t>
      </w:r>
    </w:p>
    <w:p>
      <w:r>
        <w:t>Morry (@morry369)</w:t>
      </w:r>
    </w:p>
    <w:p>
      <w:r>
        <w:t>흰 쌀 쌀 (@okometsubu_nft)</w:t>
      </w:r>
    </w:p>
    <w:p>
      <w:r>
        <w:drawing>
          <wp:inline xmlns:a="http://schemas.openxmlformats.org/drawingml/2006/main" xmlns:pic="http://schemas.openxmlformats.org/drawingml/2006/picture">
            <wp:extent cx="3657600" cy="203797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79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또한 흥분을 전달하는 소식으로 Pocket의 애니메이션 제작이 진행 중이며 도쿄의 큰 비전이 결정되었습니다.이 귀여운 캐릭터가 Roppongi, Shinjuku 및 Shibuya의 스크램블 교차로 인 Ikebukuro의 큰 비전에서 활발한 애니메이션을 즐길 수 있습니다.이것은 더 많은 사람들에게 주머니의 매력을 전달할 것입니다.</w:t>
      </w:r>
    </w:p>
    <w:p>
      <w:r>
        <w:t>🌟 공무원의 첫 번째 애니메이션 릴리스</w:t>
      </w:r>
    </w:p>
    <w:p>
      <w:r>
        <w:t>첫 공식 애니메이션은 이제 라이브입니다 .Pockemy의 모험은 마침내 시작됩니다… 🌟 pic.twitter.com/qymov7kjqu</w:t>
      </w:r>
    </w:p>
    <w:p>
      <w:r>
        <w:t>우리는 2024 년 3 월에 "포켓"을 출시 할 계획입니다.이 컬렉션은 아래의 릴리스 개요, 기능 및 유틸리티를 설명합니다.</w:t>
      </w:r>
    </w:p>
    <w:p>
      <w:r>
        <w:t>출시 시간 : 2024 년 3 월</w:t>
      </w:r>
    </w:p>
    <w:p>
      <w:r>
        <w:t>발행 된 조각의 수 : 제한된 300 시트</w:t>
      </w:r>
    </w:p>
    <w:p>
      <w:r>
        <w:t>민트 방법 : SP 포인트 만 사용 가능합니다</w:t>
      </w:r>
    </w:p>
    <w:p>
      <w:r>
        <w:t>가스 요금 : 완전히 무료</w:t>
      </w:r>
    </w:p>
    <w:p>
      <w:r>
        <w:t>블록 체인 : 이더 리움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Creator : Genius Creator Group "Japan Nft Museum 편집부"가 제작했습니다.</w:t>
      </w:r>
    </w:p>
    <w:p>
      <w:r>
        <w:t>한 점 : 300 조각 모두 다른 그림입니다</w:t>
      </w:r>
    </w:p>
    <w:p>
      <w:r>
        <w:t>문자 : 11 개의 문자가 있습니다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랭크 배지 : NFT 수와 얻은 포인트 수에 따라 순위</w:t>
      </w:r>
    </w:p>
    <w:p>
      <w:r>
        <w:t>당신은 당신이 가진 NFT의 수와 얻은 포인트 수에 따라 순위를 가진 배지를 얻을 수 있습니다. 스테이 킹으로 다양한 에어 드롭을 즐기십시오!pic.twitter.com/lsswnx0cm0</w:t>
      </w:r>
    </w:p>
    <w:p>
      <w:r>
        <w:t>스테이크 보상 : 포켓 NFT 만 있으면 월별 보상을 받게됩니다.</w:t>
      </w:r>
    </w:p>
    <w:p>
      <w:r>
        <w:t>무료 스테이 킹에 참여 하시겠습니까? 무료 농업 https://t.co/unopimquqqsay sp가 봇이 아닌 경우 🌟🎁✨ pic.twitter.com/5grmcpc8dm.</w:t>
      </w:r>
    </w:p>
    <w:p>
      <w:r>
        <w:t>NFT 트레이드 포인트 기능 : 스마트 포켓 NFT를 구매하거나 판매 할 때마다 구매자와 판매자 모두에게 포인트가 제공됩니다.</w:t>
      </w:r>
    </w:p>
    <w:p>
      <w:r>
        <w:drawing>
          <wp:inline xmlns:a="http://schemas.openxmlformats.org/drawingml/2006/main" xmlns:pic="http://schemas.openxmlformats.org/drawingml/2006/picture">
            <wp:extent cx="3657600" cy="411651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16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이 freeimint는 제한된 숫자로 인해 매우 희귀 값이 매우 높습니다.PocketMynft를 획득하면 스마트 포켓 커뮤니티 회원으로서 특별한 경험과 보상을 즐길 수 있습니다.</w:t>
      </w:r>
    </w:p>
    <w:p>
      <w:r>
        <w:t>디지털 아트와 기술의 혁신적인 융합을 경험할 수있는이 기회를 놓치지 마십시오.</w:t>
      </w:r>
    </w:p>
    <w:p>
      <w:r>
        <w:t>Pocket NFT는 중국에서 상위 5 주 동안 국제적으로 높은 관심을 끌었습니다.또한 공식 스마트 포켓 공식 캐릭터 "포켓"을 중심으로 한 애니메이션 브로드 캐스팅도 계획되어 NFT 산업에 진입 할 수 있습니다.</w:t>
      </w:r>
    </w:p>
    <w:p>
      <w:r>
        <w:t>Weekly Top 5 🗯️ 지난 주 NFT 플레이어가 가장 많이 논의한 것은 무엇입니까?나는 가장 높은 주제로 5 개의 초기 프로젝트를 수집했습니다.그리고 간단한 소개 i️ pic.twitter.com/mdxicbpzme</w:t>
      </w:r>
    </w:p>
    <w:p>
      <w:r>
        <w:t>서버는 사기를 금지했습니다.SP 포인트 구매 및 판매는 금지됩니다.SP 포인트는 무료로 배포되며 앱에서 많은 SP 포인트를 얻을 수 있습니다.잘못에주의하십시오!</w:t>
      </w:r>
    </w:p>
    <w:p>
      <w:r>
        <w:t>서버에서 금지 된 부정 행위를 식별했습니다.SP Pointssp Points는 무료로 배포되며 앱 내에서 많은 SP 포인트를 얻을 수 있습니다.사기를 조심하십시오!pic.twitter.com/ygu4lohb9f</w:t>
      </w:r>
    </w:p>
    <w:p>
      <w:r>
        <w:t>PocketMynft는 디지털 자산 일뿐 만 아니라 Web3 시대의 새로운 재미와 탐험 세계입니다.이 제한된 컬렉션에 참여하는 것은 운명적인 만남입니다.2024 년 최고의 해를 만들기 위해 우리와 함께 똑똑한 주머니를 만들어 봅시다!</w:t>
      </w:r>
    </w:p>
    <w:p>
      <w:r>
        <w:t>스마트 포켓에 관심이 있으시면 "Smapke Magazine"의 공식 X 계정을 팔로우하십시오.</w:t>
      </w:r>
    </w:p>
    <w:p>
      <w:r>
        <w:t>공식 X 계정 : https : //twitter.com/smapocket</w:t>
      </w:r>
    </w:p>
    <w:p>
      <w:r>
        <w:t>공식 불화 : https : //discord.com/invite/smartpocket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그것은 당신이 단지 작업을 얻는 시점에서 NFT를 얻을 수있는 혁명 일 뿐이며 NFT 자체는 자동 명시 기능이 있습니다!NFT가 얻을 수있는 시간이 곧 올 것입니다!이 가장 강력한 유틸리티 외에도 일본 NFT 박물관에서 그린 300 개 조각은 하나의 아이템의 최고 수준이며 민트는 순간적으로 끝날 수 있으므로 박하의 순간을 목표로하는 것이 좋습니다. .또한 SmartPocket에서는 Pokemy NFT와 같은 특정 NFT의 수는 순위와 관련이 있으므로 순위에 따라 토큰을 얻을 수 있으므로 2 차 분포를 목표로합니다!물론, 민트의 날에, 나는 또한 빠른 푸시 민트와 2 차 분포를 목표로 할 것입니다.\ Japanese.docx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