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 nehmen Sie an der Smart -Pocket -Community teil (wie Sie am Discord -Server teilnehmen)</w:t>
      </w:r>
    </w:p>
    <w:p>
      <w:r>
        <w:t>In diesem Smart Poke -Magazin werden wir "Wie man an der Smart Pocket Community teilnimmt" vorstellen!</w:t>
      </w:r>
    </w:p>
    <w:p>
      <w:r>
        <w:t>Wir verwenden ein Kommunikationstool namens "Discord", um mit Benutzern zu kommunizieren.</w:t>
      </w:r>
    </w:p>
    <w:p>
      <w:r>
        <w:t>Darüber hinaus hat Smart Pocket Discord regelmäßige Veranstaltungen und Sie können luxuriöse Preise erhalten, wenn Sie eine brillante Meisterschaft gewinnen.</w:t>
      </w:r>
    </w:p>
    <w:p>
      <w:r>
        <w:t>Jetzt werde ich das folgende Verfahren für die Teilnahme an der Community erläutern.</w:t>
      </w:r>
    </w:p>
    <w:p>
      <w:r>
        <w:t>Wie man an der Community teilnimmt</w:t>
      </w:r>
    </w:p>
    <w:p>
      <w:r>
        <w:t>■ Methode zur Beteiligung der Zwietracht</w:t>
      </w:r>
    </w:p>
    <w:p>
      <w:r>
        <w:t>Es gibt zwei Muster, wie man an Zwietracht teilnimmt.</w:t>
      </w:r>
    </w:p>
    <w:p>
      <w:r>
        <w:t>Muster 1: Fügen Sie den Einladungslink ein und nehmen Sie teil</w:t>
      </w:r>
    </w:p>
    <w:p>
      <w:r>
        <w:t>Muster 2: Nehmen Sie am offiziellen Konto teil</w:t>
      </w:r>
    </w:p>
    <w:p>
      <w:r>
        <w:t>Muster 1: Verfahren zur Beteiligung der Zwietracht (Einladungsverbindungspaste)</w:t>
      </w:r>
    </w:p>
    <w:p>
      <w:r>
        <w:t>1. Öffnen Sie die Discord -App</w:t>
      </w:r>
    </w:p>
    <w:p>
      <w:r>
        <w:t>2. Erstellen Sie einen Server mit der Schaltfläche " +" oben links auf dem Bildschirm</w:t>
      </w:r>
    </w:p>
    <w:p>
      <w:r>
        <w:t>3. Tippen Sie unten auf dem Bildschirm auf "am Server teilzunehmen"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Fügen Sie die URL des Community -Servers in den Einladungslink ein</w:t>
      </w:r>
    </w:p>
    <w:p>
      <w:r>
        <w:t>Bitte kopieren Sie die URL des Smart -Pocket -Servers und fügen Sie sie ein und fügen Sie sie ein</w:t>
      </w:r>
    </w:p>
    <w:p>
      <w:r>
        <w:t>https://discord.com/invite/smartpocket</w:t>
      </w:r>
    </w:p>
    <w:p>
      <w:r>
        <w:t>5. Tippen Sie auf "Einladung"</w:t>
      </w:r>
    </w:p>
    <w:p>
      <w:r>
        <w:t>6. Vervollständigen Sie die Registrierung auf dem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Muster 2: Verfahren zur Beteiligung der Zwietracht (aus X offiziellem Konto)</w:t>
      </w:r>
    </w:p>
    <w:p>
      <w:r>
        <w:t>Smart Pocket Offizielles Konto: https: //twitter.com/smapocket</w:t>
      </w:r>
    </w:p>
    <w:p>
      <w:r>
        <w:t>1. Tippen Sie auf den Discord -Link des offiziellen X -Account</w:t>
      </w:r>
    </w:p>
    <w:p>
      <w:r>
        <w:t>2. Tippen Sie auf "Einladung"</w:t>
      </w:r>
    </w:p>
    <w:p>
      <w:r>
        <w:t>3. Vervollständigen Sie die Registrierung auf dem Server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Über die ersten Einstellungen (Authentifizierung, Rolleinstellungen)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1. Tippen Sie auf " # 🔰 | | verifizieren"</w:t>
      </w:r>
    </w:p>
    <w:p>
      <w:r>
        <w:t>2. Scrollen Sie zum unteren Bildschirmrand</w:t>
      </w:r>
    </w:p>
    <w:p>
      <w:r>
        <w:t>3. Klicken Sie auf das Emoji (erforderlich, um auf jeden Kanal zugreifen)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4. Tippen Sie oben links auf dem Bildschirm auf "←" und kehren Sie zurück</w:t>
      </w:r>
    </w:p>
    <w:p>
      <w:r>
        <w:t>5. Tippen Sie auf " # 🔰 | Set-Role"</w:t>
      </w:r>
    </w:p>
    <w:p>
      <w:r>
        <w:t>6. Klicken Sie auf "🌟" Emoji (SP Family Roll)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■ Senden Sie eine Nachricht</w:t>
      </w:r>
    </w:p>
    <w:p>
      <w:r>
        <w:t>1. Tippen Sie auf Ihren Sprachkanal</w:t>
      </w:r>
    </w:p>
    <w:p>
      <w:r>
        <w:t>2. Tippen Sie auf das Emoji -Symbol</w:t>
      </w:r>
    </w:p>
    <w:p>
      <w:r>
        <w:t>3. Tippen Sie auf den Stempel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Zusammenfassung</w:t>
      </w:r>
    </w:p>
    <w:p>
      <w:r>
        <w:t>Bist du der Community beigetreten?Wenn Sie Briefmarken oder Fragen auf jedem Sprachkanal haben, können Sie dies gerne tun.Die Mitglieder werden antworten, also begleiten Sie uns also immer mehr!!</w:t>
      </w:r>
    </w:p>
    <w:p>
      <w:r>
        <w:t>Wenn sich die SP -Familie versammelt, werden Sie sicherlich erreicht. Das Passwort ist SP🌟</w:t>
      </w:r>
    </w:p>
    <w:p>
      <w:r>
        <w:t>Wir werden weiterhin neue Informationen an Benutzer liefern, sobald das SMAPKE -Magazin.</w:t>
      </w:r>
    </w:p>
    <w:p>
      <w:r>
        <w:t>Wenn Sie an Ihrer intelligenten Tasche interessiert sind, folgen Sie dem offiziellen X -Konto mit "Smapke Magazine".</w:t>
      </w:r>
    </w:p>
    <w:p>
      <w:r>
        <w:t>Offizielles X -Konto: https: //twitter.com/smapocket</w:t>
      </w:r>
    </w:p>
    <w:p>
      <w:r>
        <w:t>Offizielle Zwietracht: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Direktor Kommentare</w:t>
      </w:r>
    </w:p>
    <w:p>
      <w:r>
        <w:t>Die Smart -Pocket -Community ist eine große globale Gemeinschaft, die Teilnehmer aus mehr als 150 Ländern hat und derzeit in 17 Sprachen unterstützt wird!</w:t>
      </w:r>
    </w:p>
    <w:p>
      <w:r>
        <w:t>SmartPocket ist eine App, mit der Sie Punkte in der Welt sammeln können. Dies liegt jedoch daran, dass die Smart -Pocket -Community funktioniert. Daher können die Menschen auf der ganzen Welt sie mit Seelenfrieden genießen, sodass die Existenz der Community großartig für Projekte ist.</w:t>
      </w:r>
    </w:p>
    <w:p>
      <w:r>
        <w:t>Darüber hinaus enthält die SmartPocket -Anwendung mehr als 700 NFT -Projekte für die Zusammenarbeit, und aus diesem Design werden Sie eine starke Botschaft verspüren, dass Sie nicht mit anderen NFT -Projekten konkurrieren, sondern den NFT -Markt gemeinsam beleben.Und ich denke, dass die Vorteile des Marktwachstums in die Gemeinschaft zurückgeführt werden, was eine sehr sinnvolle und nützliche Sache ist, um am NFT -Inhaber teilzunehmen, dh an die Gemeinschaft!</w:t>
      </w:r>
    </w:p>
    <w:p>
      <w:r>
        <w:t>Lassen Sie uns auf jeden Fall an der Smart -Pocket -Community teilnehmen und gemeinsam die NFT -Revolution beginnen!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